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CDC3" w14:textId="36DAFC62" w:rsidR="00F3158B" w:rsidRPr="00365E99" w:rsidRDefault="003E6E7B" w:rsidP="00606244">
      <w:pPr>
        <w:pStyle w:val="Title"/>
      </w:pPr>
      <w:r>
        <w:t>Passion Group Application</w:t>
      </w:r>
    </w:p>
    <w:p w14:paraId="26290893" w14:textId="77777777" w:rsidR="006C73E7" w:rsidRDefault="00445AE6" w:rsidP="00606244">
      <w:r w:rsidRPr="00606244">
        <w:t xml:space="preserve">A step-by-step worksheet to define, organize, and launch your Passion Group for Exist </w:t>
      </w:r>
      <w:proofErr w:type="gramStart"/>
      <w:r w:rsidRPr="00606244">
        <w:t>With</w:t>
      </w:r>
      <w:proofErr w:type="gramEnd"/>
      <w:r w:rsidRPr="00606244">
        <w:t xml:space="preserve"> Initiative</w:t>
      </w:r>
      <w:r w:rsidRPr="00445AE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C73E7" w14:paraId="5B3CCCC3" w14:textId="77777777" w:rsidTr="00E7435B">
        <w:trPr>
          <w:trHeight w:val="728"/>
        </w:trPr>
        <w:tc>
          <w:tcPr>
            <w:tcW w:w="4675" w:type="dxa"/>
          </w:tcPr>
          <w:p w14:paraId="315E2265" w14:textId="77777777" w:rsidR="006C73E7" w:rsidRDefault="00E7435B" w:rsidP="00606244">
            <w:r>
              <w:t>Name:</w:t>
            </w:r>
          </w:p>
          <w:p w14:paraId="56628415" w14:textId="6E05D9C7" w:rsidR="00CE0BA5" w:rsidRDefault="00CE0BA5" w:rsidP="00606244"/>
        </w:tc>
        <w:tc>
          <w:tcPr>
            <w:tcW w:w="4675" w:type="dxa"/>
          </w:tcPr>
          <w:p w14:paraId="37B15F61" w14:textId="77777777" w:rsidR="006C73E7" w:rsidRDefault="00E7435B" w:rsidP="00606244">
            <w:r>
              <w:t>Date:</w:t>
            </w:r>
          </w:p>
          <w:p w14:paraId="1C71F7D1" w14:textId="3B1FE4F4" w:rsidR="00E7435B" w:rsidRDefault="00E7435B" w:rsidP="00606244"/>
        </w:tc>
      </w:tr>
    </w:tbl>
    <w:p w14:paraId="57E63F24" w14:textId="77777777" w:rsidR="006C73E7" w:rsidRDefault="006C73E7" w:rsidP="00606244"/>
    <w:p w14:paraId="08C5D1D0" w14:textId="0F3AA55B" w:rsidR="00F3158B" w:rsidRPr="00365E99" w:rsidRDefault="00F3158B" w:rsidP="00B328F9">
      <w:pPr>
        <w:jc w:val="center"/>
      </w:pPr>
      <w:r w:rsidRPr="00365E99">
        <w:rPr>
          <w:noProof/>
        </w:rPr>
        <w:drawing>
          <wp:inline distT="0" distB="0" distL="0" distR="0" wp14:anchorId="03FAA17F" wp14:editId="4EB925C6">
            <wp:extent cx="5938838" cy="102417"/>
            <wp:effectExtent l="0" t="0" r="0" b="0"/>
            <wp:docPr id="678561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61174" name="Picture 6785611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43607" cy="13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AA8F0" w14:textId="030E19CD" w:rsidR="00107B5F" w:rsidRPr="00922852" w:rsidRDefault="00922852" w:rsidP="00606244">
      <w:pPr>
        <w:pStyle w:val="Heading1"/>
      </w:pPr>
      <w:r w:rsidRPr="00922852">
        <w:t>Section 1</w:t>
      </w:r>
      <w:r w:rsidR="003D1992">
        <w:t xml:space="preserve"> – Group Purpose and Identity</w:t>
      </w:r>
    </w:p>
    <w:p w14:paraId="4B47D33A" w14:textId="77777777" w:rsidR="006C73E7" w:rsidRPr="006C73E7" w:rsidRDefault="006C73E7" w:rsidP="006C73E7">
      <w:r w:rsidRPr="006C73E7">
        <w:t xml:space="preserve">Exist With Initiative (EWI) is a non-profit dedicated to cultivating the passion for </w:t>
      </w:r>
      <w:proofErr w:type="gramStart"/>
      <w:r w:rsidRPr="006C73E7">
        <w:t>the human</w:t>
      </w:r>
      <w:proofErr w:type="gramEnd"/>
      <w:r w:rsidRPr="006C73E7">
        <w:t xml:space="preserve"> experience. Our Passion Groups are designed to be a space for cultivation, sharing, and visibility of our passions. The purpose of Passion Groups is to increase time spent on passions in day-to-day life. These groups are led by our Grove Keepers – inducted members responsible for completing this application, and communicating with the board, among other tasks, as defined in the Grove Keeper Agreement.  </w:t>
      </w:r>
    </w:p>
    <w:p w14:paraId="1D7F33DC" w14:textId="0D6F343A" w:rsidR="006C73E7" w:rsidRDefault="00190381" w:rsidP="00280060">
      <w:pPr>
        <w:pStyle w:val="Heading2"/>
      </w:pPr>
      <w:r>
        <w:t>Group Name</w:t>
      </w:r>
      <w:r w:rsidR="00975ACE">
        <w:t xml:space="preserve"> (Working Title is Okay)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D10EC" w14:paraId="0CE1724F" w14:textId="77777777" w:rsidTr="00AD10EC">
        <w:tc>
          <w:tcPr>
            <w:tcW w:w="9350" w:type="dxa"/>
          </w:tcPr>
          <w:p w14:paraId="5E5177C8" w14:textId="77777777" w:rsidR="00AD10EC" w:rsidRDefault="00AD10EC" w:rsidP="00CE0BA5"/>
          <w:p w14:paraId="58108594" w14:textId="77777777" w:rsidR="00CE0BA5" w:rsidRDefault="00CE0BA5" w:rsidP="00CE0BA5"/>
        </w:tc>
      </w:tr>
    </w:tbl>
    <w:p w14:paraId="2A062633" w14:textId="77777777" w:rsidR="0017410C" w:rsidRDefault="0017410C" w:rsidP="0017410C"/>
    <w:p w14:paraId="5958D78E" w14:textId="1D65952F" w:rsidR="00711118" w:rsidRDefault="00711118" w:rsidP="00711118">
      <w:pPr>
        <w:pStyle w:val="Heading2"/>
      </w:pPr>
      <w:r>
        <w:t>Purpose Statement (</w:t>
      </w:r>
      <w:r w:rsidR="00824282">
        <w:t>Single Sentence)</w:t>
      </w:r>
    </w:p>
    <w:p w14:paraId="1DDD7A8D" w14:textId="3647DF1E" w:rsidR="00824282" w:rsidRPr="00E31331" w:rsidRDefault="00824282" w:rsidP="00824282">
      <w:pPr>
        <w:rPr>
          <w:i/>
          <w:iCs/>
        </w:rPr>
      </w:pPr>
      <w:r w:rsidRPr="00E31331">
        <w:rPr>
          <w:i/>
          <w:iCs/>
        </w:rPr>
        <w:t xml:space="preserve">Complete this statement: </w:t>
      </w:r>
      <w:r w:rsidR="00ED4B6F" w:rsidRPr="00E31331">
        <w:rPr>
          <w:i/>
          <w:iCs/>
        </w:rPr>
        <w:t>"We exist to ______ for/with ______ so that ______.”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D10EC" w14:paraId="32B56761" w14:textId="77777777" w:rsidTr="00AD10EC">
        <w:tc>
          <w:tcPr>
            <w:tcW w:w="9350" w:type="dxa"/>
          </w:tcPr>
          <w:p w14:paraId="5F25E77E" w14:textId="77777777" w:rsidR="00AD10EC" w:rsidRDefault="00AD10EC" w:rsidP="00B03F4A"/>
          <w:p w14:paraId="23489629" w14:textId="766D0FAA" w:rsidR="00CE0BA5" w:rsidRDefault="00CE0BA5" w:rsidP="00B03F4A"/>
        </w:tc>
      </w:tr>
    </w:tbl>
    <w:p w14:paraId="110F496B" w14:textId="77777777" w:rsidR="00B328F9" w:rsidRDefault="00B328F9" w:rsidP="00B328F9"/>
    <w:p w14:paraId="5B9D18EB" w14:textId="5A580795" w:rsidR="00B328F9" w:rsidRDefault="0037729E" w:rsidP="0037729E">
      <w:pPr>
        <w:pStyle w:val="Heading2"/>
      </w:pPr>
      <w:r>
        <w:t>Categorical Definition</w:t>
      </w:r>
    </w:p>
    <w:p w14:paraId="55688E55" w14:textId="721ABAD5" w:rsidR="0037729E" w:rsidRDefault="00E31331" w:rsidP="0037729E">
      <w:pPr>
        <w:rPr>
          <w:i/>
          <w:iCs/>
        </w:rPr>
      </w:pPr>
      <w:r w:rsidRPr="00E31331">
        <w:rPr>
          <w:i/>
          <w:iCs/>
        </w:rPr>
        <w:t>Select which category your Passion Group falls into</w:t>
      </w:r>
      <w:r w:rsidR="00105F99">
        <w:rPr>
          <w:i/>
          <w:iCs/>
        </w:rPr>
        <w:t xml:space="preserve"> by placing an “X” next to it</w:t>
      </w:r>
      <w:r w:rsidRPr="00E31331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350"/>
        <w:gridCol w:w="5845"/>
      </w:tblGrid>
      <w:tr w:rsidR="006020F5" w14:paraId="3D8BE01E" w14:textId="77777777" w:rsidTr="00733C25">
        <w:tc>
          <w:tcPr>
            <w:tcW w:w="2155" w:type="dxa"/>
            <w:shd w:val="clear" w:color="auto" w:fill="0077C8"/>
          </w:tcPr>
          <w:p w14:paraId="09210C15" w14:textId="23DCEAA9" w:rsidR="006020F5" w:rsidRPr="00733C25" w:rsidRDefault="00A902A0" w:rsidP="00264F70">
            <w:pPr>
              <w:rPr>
                <w:b/>
                <w:bCs/>
                <w:color w:val="FFB600"/>
              </w:rPr>
            </w:pPr>
            <w:r w:rsidRPr="00733C25">
              <w:rPr>
                <w:b/>
                <w:bCs/>
                <w:color w:val="FFB600"/>
              </w:rPr>
              <w:t>Category</w:t>
            </w:r>
          </w:p>
        </w:tc>
        <w:tc>
          <w:tcPr>
            <w:tcW w:w="1350" w:type="dxa"/>
            <w:shd w:val="clear" w:color="auto" w:fill="0077C8"/>
          </w:tcPr>
          <w:p w14:paraId="53D93255" w14:textId="6D8B7567" w:rsidR="006020F5" w:rsidRPr="00733C25" w:rsidRDefault="00A902A0" w:rsidP="00264F70">
            <w:pPr>
              <w:rPr>
                <w:b/>
                <w:bCs/>
                <w:color w:val="FFB600"/>
              </w:rPr>
            </w:pPr>
            <w:r w:rsidRPr="00733C25">
              <w:rPr>
                <w:b/>
                <w:bCs/>
                <w:color w:val="FFB600"/>
              </w:rPr>
              <w:t>Place “X” in this column</w:t>
            </w:r>
          </w:p>
        </w:tc>
        <w:tc>
          <w:tcPr>
            <w:tcW w:w="5845" w:type="dxa"/>
            <w:shd w:val="clear" w:color="auto" w:fill="0077C8"/>
          </w:tcPr>
          <w:p w14:paraId="4E6CC344" w14:textId="2DCA020C" w:rsidR="006020F5" w:rsidRPr="00733C25" w:rsidRDefault="00105F99" w:rsidP="00264F70">
            <w:pPr>
              <w:rPr>
                <w:b/>
                <w:bCs/>
                <w:color w:val="FFB600"/>
              </w:rPr>
            </w:pPr>
            <w:r w:rsidRPr="00733C25">
              <w:rPr>
                <w:b/>
                <w:bCs/>
                <w:color w:val="FFB600"/>
              </w:rPr>
              <w:t>If your group does not fit into a category, please explain in the box below.</w:t>
            </w:r>
          </w:p>
        </w:tc>
      </w:tr>
      <w:tr w:rsidR="00105F99" w14:paraId="3D2A8FBA" w14:textId="77777777" w:rsidTr="00A902A0">
        <w:tc>
          <w:tcPr>
            <w:tcW w:w="2155" w:type="dxa"/>
          </w:tcPr>
          <w:p w14:paraId="480BE073" w14:textId="77777777" w:rsidR="00105F99" w:rsidRDefault="00105F99" w:rsidP="009A4380">
            <w:pPr>
              <w:jc w:val="center"/>
            </w:pPr>
            <w:r>
              <w:t>Health</w:t>
            </w:r>
          </w:p>
          <w:p w14:paraId="1CF174B1" w14:textId="4532B089" w:rsidR="00A902A0" w:rsidRPr="006020F5" w:rsidRDefault="00A902A0" w:rsidP="009A4380">
            <w:pPr>
              <w:jc w:val="center"/>
            </w:pPr>
          </w:p>
        </w:tc>
        <w:tc>
          <w:tcPr>
            <w:tcW w:w="1350" w:type="dxa"/>
          </w:tcPr>
          <w:p w14:paraId="76167766" w14:textId="77777777" w:rsidR="00105F99" w:rsidRPr="006020F5" w:rsidRDefault="00105F99" w:rsidP="009A4380">
            <w:pPr>
              <w:jc w:val="center"/>
            </w:pPr>
          </w:p>
        </w:tc>
        <w:tc>
          <w:tcPr>
            <w:tcW w:w="5845" w:type="dxa"/>
            <w:vMerge w:val="restart"/>
          </w:tcPr>
          <w:p w14:paraId="56EF80BC" w14:textId="77777777" w:rsidR="00105F99" w:rsidRPr="006020F5" w:rsidRDefault="00105F99" w:rsidP="0037729E"/>
        </w:tc>
      </w:tr>
      <w:tr w:rsidR="00105F99" w14:paraId="2836622B" w14:textId="77777777" w:rsidTr="00A902A0">
        <w:tc>
          <w:tcPr>
            <w:tcW w:w="2155" w:type="dxa"/>
          </w:tcPr>
          <w:p w14:paraId="6005D589" w14:textId="77777777" w:rsidR="00105F99" w:rsidRDefault="00105F99" w:rsidP="009A4380">
            <w:pPr>
              <w:jc w:val="center"/>
            </w:pPr>
            <w:r>
              <w:t>Art</w:t>
            </w:r>
          </w:p>
          <w:p w14:paraId="3A21C5A0" w14:textId="098EA150" w:rsidR="00A902A0" w:rsidRPr="006020F5" w:rsidRDefault="00A902A0" w:rsidP="009A4380">
            <w:pPr>
              <w:jc w:val="center"/>
            </w:pPr>
          </w:p>
        </w:tc>
        <w:tc>
          <w:tcPr>
            <w:tcW w:w="1350" w:type="dxa"/>
          </w:tcPr>
          <w:p w14:paraId="3CA76617" w14:textId="4C2EACD5" w:rsidR="00105F99" w:rsidRPr="006020F5" w:rsidRDefault="00105F99" w:rsidP="009A4380">
            <w:pPr>
              <w:jc w:val="center"/>
            </w:pPr>
          </w:p>
        </w:tc>
        <w:tc>
          <w:tcPr>
            <w:tcW w:w="5845" w:type="dxa"/>
            <w:vMerge/>
          </w:tcPr>
          <w:p w14:paraId="7D044776" w14:textId="77777777" w:rsidR="00105F99" w:rsidRPr="006020F5" w:rsidRDefault="00105F99" w:rsidP="0037729E"/>
        </w:tc>
      </w:tr>
      <w:tr w:rsidR="00105F99" w14:paraId="18BED6B0" w14:textId="77777777" w:rsidTr="00A902A0">
        <w:tc>
          <w:tcPr>
            <w:tcW w:w="2155" w:type="dxa"/>
          </w:tcPr>
          <w:p w14:paraId="4960DF77" w14:textId="26A6555F" w:rsidR="00105F99" w:rsidRPr="006020F5" w:rsidRDefault="00105F99" w:rsidP="009A4380">
            <w:pPr>
              <w:jc w:val="center"/>
            </w:pPr>
            <w:r>
              <w:t>S</w:t>
            </w:r>
            <w:r w:rsidR="00A902A0">
              <w:t>cience, Technology, Engineering, and Math (STEM)</w:t>
            </w:r>
          </w:p>
        </w:tc>
        <w:tc>
          <w:tcPr>
            <w:tcW w:w="1350" w:type="dxa"/>
          </w:tcPr>
          <w:p w14:paraId="2469BBE3" w14:textId="77777777" w:rsidR="00105F99" w:rsidRPr="006020F5" w:rsidRDefault="00105F99" w:rsidP="009A4380">
            <w:pPr>
              <w:jc w:val="center"/>
            </w:pPr>
          </w:p>
        </w:tc>
        <w:tc>
          <w:tcPr>
            <w:tcW w:w="5845" w:type="dxa"/>
            <w:vMerge/>
          </w:tcPr>
          <w:p w14:paraId="0759BD46" w14:textId="77777777" w:rsidR="00105F99" w:rsidRDefault="00105F99" w:rsidP="0037729E">
            <w:pPr>
              <w:rPr>
                <w:i/>
                <w:iCs/>
              </w:rPr>
            </w:pPr>
          </w:p>
        </w:tc>
      </w:tr>
      <w:tr w:rsidR="00105F99" w14:paraId="71D21FFA" w14:textId="77777777" w:rsidTr="00A902A0">
        <w:tc>
          <w:tcPr>
            <w:tcW w:w="2155" w:type="dxa"/>
          </w:tcPr>
          <w:p w14:paraId="6C3ED083" w14:textId="41686DF6" w:rsidR="00105F99" w:rsidRPr="006020F5" w:rsidRDefault="00A902A0" w:rsidP="009A4380">
            <w:pPr>
              <w:jc w:val="center"/>
            </w:pPr>
            <w:r>
              <w:lastRenderedPageBreak/>
              <w:t>Humanitarian or Environmental</w:t>
            </w:r>
            <w:r w:rsidR="009A4380">
              <w:t xml:space="preserve"> Effort</w:t>
            </w:r>
            <w:r w:rsidR="00733C25">
              <w:t>s</w:t>
            </w:r>
          </w:p>
        </w:tc>
        <w:tc>
          <w:tcPr>
            <w:tcW w:w="1350" w:type="dxa"/>
          </w:tcPr>
          <w:p w14:paraId="40D222BB" w14:textId="77777777" w:rsidR="00105F99" w:rsidRPr="006020F5" w:rsidRDefault="00105F99" w:rsidP="009A4380">
            <w:pPr>
              <w:jc w:val="center"/>
            </w:pPr>
          </w:p>
        </w:tc>
        <w:tc>
          <w:tcPr>
            <w:tcW w:w="5845" w:type="dxa"/>
            <w:vMerge/>
          </w:tcPr>
          <w:p w14:paraId="588B4490" w14:textId="77777777" w:rsidR="00105F99" w:rsidRDefault="00105F99" w:rsidP="0037729E">
            <w:pPr>
              <w:rPr>
                <w:i/>
                <w:iCs/>
              </w:rPr>
            </w:pPr>
          </w:p>
        </w:tc>
      </w:tr>
    </w:tbl>
    <w:p w14:paraId="2362206B" w14:textId="77777777" w:rsidR="00ED3EFA" w:rsidRDefault="00ED3EFA" w:rsidP="0037729E">
      <w:pPr>
        <w:rPr>
          <w:i/>
          <w:iCs/>
        </w:rPr>
      </w:pPr>
    </w:p>
    <w:p w14:paraId="0F0F6270" w14:textId="22957A26" w:rsidR="00504B11" w:rsidRDefault="00F42AE1" w:rsidP="00230F61">
      <w:pPr>
        <w:pStyle w:val="Heading2"/>
      </w:pPr>
      <w:r>
        <w:t xml:space="preserve">EWI </w:t>
      </w:r>
      <w:r w:rsidR="00230F61" w:rsidRPr="00230F61">
        <w:t xml:space="preserve">Core </w:t>
      </w:r>
      <w:r w:rsidR="00504B11">
        <w:t>V</w:t>
      </w:r>
      <w:r w:rsidR="00230F61" w:rsidRPr="00230F61">
        <w:t>alues</w:t>
      </w:r>
    </w:p>
    <w:p w14:paraId="6563A6CF" w14:textId="29453BE9" w:rsidR="00230F61" w:rsidRPr="006E1235" w:rsidRDefault="00230F61" w:rsidP="00504B11">
      <w:pPr>
        <w:rPr>
          <w:i/>
          <w:iCs/>
        </w:rPr>
      </w:pPr>
      <w:r w:rsidRPr="006E1235">
        <w:rPr>
          <w:i/>
          <w:iCs/>
        </w:rPr>
        <w:t xml:space="preserve">Which of the EWI Core values will you practice within this group? </w:t>
      </w:r>
      <w:r w:rsidR="00504B11" w:rsidRPr="006E1235">
        <w:rPr>
          <w:i/>
          <w:iCs/>
        </w:rPr>
        <w:t>(</w:t>
      </w:r>
      <w:r w:rsidRPr="006E1235">
        <w:rPr>
          <w:i/>
          <w:iCs/>
        </w:rPr>
        <w:t>Respect, compassion, growth, passion &amp; gratitude</w:t>
      </w:r>
      <w:r w:rsidR="00504B11" w:rsidRPr="006E1235">
        <w:rPr>
          <w:i/>
          <w:iCs/>
        </w:rPr>
        <w:t>)</w:t>
      </w:r>
      <w:r w:rsidRPr="006E1235">
        <w:rPr>
          <w:i/>
          <w:iCs/>
        </w:rPr>
        <w:t xml:space="preserve"> How will these values </w:t>
      </w:r>
      <w:proofErr w:type="gramStart"/>
      <w:r w:rsidRPr="006E1235">
        <w:rPr>
          <w:i/>
          <w:iCs/>
        </w:rPr>
        <w:t>guide</w:t>
      </w:r>
      <w:proofErr w:type="gramEnd"/>
      <w:r w:rsidRPr="006E1235">
        <w:rPr>
          <w:i/>
          <w:iCs/>
        </w:rPr>
        <w:t xml:space="preserve"> how you operate</w:t>
      </w:r>
      <w:r w:rsidR="00F41FB5" w:rsidRPr="006E1235">
        <w:rPr>
          <w:i/>
          <w:iCs/>
        </w:rPr>
        <w:t>?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165"/>
        <w:gridCol w:w="8190"/>
      </w:tblGrid>
      <w:tr w:rsidR="004E2F97" w:rsidRPr="009A4380" w14:paraId="5A9B9353" w14:textId="77777777" w:rsidTr="00DA6CD1">
        <w:tc>
          <w:tcPr>
            <w:tcW w:w="1165" w:type="dxa"/>
            <w:shd w:val="clear" w:color="auto" w:fill="0077C8"/>
          </w:tcPr>
          <w:p w14:paraId="1586041F" w14:textId="4FEBF83C" w:rsidR="004E2F97" w:rsidRPr="00733C25" w:rsidRDefault="0087085A" w:rsidP="00264F70">
            <w:pPr>
              <w:rPr>
                <w:b/>
                <w:bCs/>
                <w:color w:val="FFB600"/>
              </w:rPr>
            </w:pPr>
            <w:r w:rsidRPr="00733C25">
              <w:rPr>
                <w:b/>
                <w:bCs/>
                <w:color w:val="FFB600"/>
              </w:rPr>
              <w:t>Value</w:t>
            </w:r>
          </w:p>
        </w:tc>
        <w:tc>
          <w:tcPr>
            <w:tcW w:w="8190" w:type="dxa"/>
            <w:shd w:val="clear" w:color="auto" w:fill="0077C8"/>
          </w:tcPr>
          <w:p w14:paraId="5158E6D0" w14:textId="44230CD1" w:rsidR="004E2F97" w:rsidRPr="00733C25" w:rsidRDefault="0087085A" w:rsidP="00264F70">
            <w:pPr>
              <w:rPr>
                <w:b/>
                <w:bCs/>
                <w:color w:val="FFB600"/>
              </w:rPr>
            </w:pPr>
            <w:r w:rsidRPr="00733C25">
              <w:rPr>
                <w:b/>
                <w:bCs/>
                <w:color w:val="FFB600"/>
              </w:rPr>
              <w:t>What does it mean in practice?</w:t>
            </w:r>
          </w:p>
        </w:tc>
      </w:tr>
      <w:tr w:rsidR="0087085A" w:rsidRPr="009A4380" w14:paraId="51820378" w14:textId="77777777" w:rsidTr="00DA6CD1">
        <w:tc>
          <w:tcPr>
            <w:tcW w:w="1165" w:type="dxa"/>
          </w:tcPr>
          <w:p w14:paraId="33DC4360" w14:textId="35A93BF9" w:rsidR="0087085A" w:rsidRPr="0087085A" w:rsidRDefault="0087085A" w:rsidP="001E2E52">
            <w:pPr>
              <w:jc w:val="center"/>
            </w:pPr>
          </w:p>
        </w:tc>
        <w:tc>
          <w:tcPr>
            <w:tcW w:w="8190" w:type="dxa"/>
          </w:tcPr>
          <w:p w14:paraId="241194B1" w14:textId="386E9C12" w:rsidR="00733C25" w:rsidRPr="009A4380" w:rsidRDefault="00733C25" w:rsidP="00187271"/>
        </w:tc>
      </w:tr>
      <w:tr w:rsidR="004E2F97" w:rsidRPr="006020F5" w14:paraId="73653F6A" w14:textId="77777777" w:rsidTr="00DA6CD1">
        <w:tc>
          <w:tcPr>
            <w:tcW w:w="1165" w:type="dxa"/>
          </w:tcPr>
          <w:p w14:paraId="6460E9DA" w14:textId="06662580" w:rsidR="004E2F97" w:rsidRPr="0087085A" w:rsidRDefault="004E2F97" w:rsidP="001E2E52">
            <w:pPr>
              <w:jc w:val="center"/>
            </w:pPr>
          </w:p>
        </w:tc>
        <w:tc>
          <w:tcPr>
            <w:tcW w:w="8190" w:type="dxa"/>
          </w:tcPr>
          <w:p w14:paraId="74F84468" w14:textId="17B95381" w:rsidR="00733C25" w:rsidRPr="006020F5" w:rsidRDefault="00733C25" w:rsidP="008343E8"/>
        </w:tc>
      </w:tr>
      <w:tr w:rsidR="004E2F97" w:rsidRPr="006020F5" w14:paraId="429284B3" w14:textId="77777777" w:rsidTr="00DA6CD1">
        <w:tc>
          <w:tcPr>
            <w:tcW w:w="1165" w:type="dxa"/>
          </w:tcPr>
          <w:p w14:paraId="1A3C1CF8" w14:textId="3BC53196" w:rsidR="004E2F97" w:rsidRPr="0087085A" w:rsidRDefault="004E2F97" w:rsidP="001E2E52">
            <w:pPr>
              <w:jc w:val="center"/>
            </w:pPr>
          </w:p>
        </w:tc>
        <w:tc>
          <w:tcPr>
            <w:tcW w:w="8190" w:type="dxa"/>
          </w:tcPr>
          <w:p w14:paraId="0F301496" w14:textId="77777777" w:rsidR="00733C25" w:rsidRPr="006020F5" w:rsidRDefault="00733C25" w:rsidP="00CE0BA5"/>
        </w:tc>
      </w:tr>
      <w:tr w:rsidR="004E2F97" w:rsidRPr="006020F5" w14:paraId="54018822" w14:textId="77777777" w:rsidTr="00DA6CD1">
        <w:tc>
          <w:tcPr>
            <w:tcW w:w="1165" w:type="dxa"/>
          </w:tcPr>
          <w:p w14:paraId="09F9A870" w14:textId="09A98663" w:rsidR="004E2F97" w:rsidRPr="0087085A" w:rsidRDefault="004E2F97" w:rsidP="001E2E52">
            <w:pPr>
              <w:jc w:val="center"/>
            </w:pPr>
          </w:p>
        </w:tc>
        <w:tc>
          <w:tcPr>
            <w:tcW w:w="8190" w:type="dxa"/>
          </w:tcPr>
          <w:p w14:paraId="49BF8942" w14:textId="479532CB" w:rsidR="00733C25" w:rsidRPr="006020F5" w:rsidRDefault="00733C25" w:rsidP="0062178E"/>
        </w:tc>
      </w:tr>
      <w:tr w:rsidR="004E2F97" w:rsidRPr="006020F5" w14:paraId="0781349F" w14:textId="77777777" w:rsidTr="00DA6CD1">
        <w:tc>
          <w:tcPr>
            <w:tcW w:w="1165" w:type="dxa"/>
          </w:tcPr>
          <w:p w14:paraId="4DB54FEF" w14:textId="41CA83BE" w:rsidR="004E2F97" w:rsidRPr="0087085A" w:rsidRDefault="004E2F97" w:rsidP="001E2E52">
            <w:pPr>
              <w:jc w:val="center"/>
            </w:pPr>
          </w:p>
        </w:tc>
        <w:tc>
          <w:tcPr>
            <w:tcW w:w="8190" w:type="dxa"/>
          </w:tcPr>
          <w:p w14:paraId="3FC87019" w14:textId="112CDC61" w:rsidR="00733C25" w:rsidRPr="006020F5" w:rsidRDefault="00733C25" w:rsidP="00EB3515"/>
        </w:tc>
      </w:tr>
    </w:tbl>
    <w:p w14:paraId="0EF04A6F" w14:textId="77777777" w:rsidR="00504B11" w:rsidRDefault="00504B11" w:rsidP="00504B11"/>
    <w:p w14:paraId="69684E98" w14:textId="3C2DABAE" w:rsidR="00F42AE1" w:rsidRDefault="00F42AE1" w:rsidP="00F42AE1">
      <w:pPr>
        <w:pStyle w:val="Heading2"/>
      </w:pPr>
      <w:r>
        <w:t xml:space="preserve">Your Passion Group’s  </w:t>
      </w:r>
      <w:r w:rsidRPr="00230F61">
        <w:t xml:space="preserve">Core </w:t>
      </w:r>
      <w:r>
        <w:t>V</w:t>
      </w:r>
      <w:r w:rsidRPr="00230F61">
        <w:t>alues</w:t>
      </w:r>
    </w:p>
    <w:p w14:paraId="619C17F3" w14:textId="2422188F" w:rsidR="00F42AE1" w:rsidRPr="006E1235" w:rsidRDefault="00F42AE1" w:rsidP="00F42AE1">
      <w:pPr>
        <w:rPr>
          <w:i/>
          <w:iCs/>
        </w:rPr>
      </w:pPr>
      <w:r>
        <w:rPr>
          <w:i/>
          <w:iCs/>
        </w:rPr>
        <w:t>In addition to the EWI core values, what additional values will form the basis of culture in your Passion Group</w:t>
      </w:r>
      <w:r w:rsidRPr="006E1235">
        <w:rPr>
          <w:i/>
          <w:iCs/>
        </w:rPr>
        <w:t>?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165"/>
        <w:gridCol w:w="8190"/>
      </w:tblGrid>
      <w:tr w:rsidR="00F42AE1" w:rsidRPr="009A4380" w14:paraId="14774FE9" w14:textId="77777777" w:rsidTr="00AA1B57">
        <w:tc>
          <w:tcPr>
            <w:tcW w:w="1165" w:type="dxa"/>
            <w:shd w:val="clear" w:color="auto" w:fill="0077C8"/>
          </w:tcPr>
          <w:p w14:paraId="3C4FB359" w14:textId="77777777" w:rsidR="00F42AE1" w:rsidRPr="00733C25" w:rsidRDefault="00F42AE1" w:rsidP="00AA1B57">
            <w:pPr>
              <w:rPr>
                <w:b/>
                <w:bCs/>
                <w:color w:val="FFB600"/>
              </w:rPr>
            </w:pPr>
            <w:r w:rsidRPr="00733C25">
              <w:rPr>
                <w:b/>
                <w:bCs/>
                <w:color w:val="FFB600"/>
              </w:rPr>
              <w:t>Value</w:t>
            </w:r>
          </w:p>
        </w:tc>
        <w:tc>
          <w:tcPr>
            <w:tcW w:w="8190" w:type="dxa"/>
            <w:shd w:val="clear" w:color="auto" w:fill="0077C8"/>
          </w:tcPr>
          <w:p w14:paraId="58A030A7" w14:textId="77777777" w:rsidR="00F42AE1" w:rsidRPr="00733C25" w:rsidRDefault="00F42AE1" w:rsidP="00AA1B57">
            <w:pPr>
              <w:rPr>
                <w:b/>
                <w:bCs/>
                <w:color w:val="FFB600"/>
              </w:rPr>
            </w:pPr>
            <w:r w:rsidRPr="00733C25">
              <w:rPr>
                <w:b/>
                <w:bCs/>
                <w:color w:val="FFB600"/>
              </w:rPr>
              <w:t>What does it mean in practice?</w:t>
            </w:r>
          </w:p>
        </w:tc>
      </w:tr>
      <w:tr w:rsidR="00F42AE1" w:rsidRPr="009A4380" w14:paraId="4C2ADC84" w14:textId="77777777" w:rsidTr="00AA1B57">
        <w:tc>
          <w:tcPr>
            <w:tcW w:w="1165" w:type="dxa"/>
          </w:tcPr>
          <w:p w14:paraId="40415DEF" w14:textId="010F2C3D" w:rsidR="00F42AE1" w:rsidRPr="0087085A" w:rsidRDefault="00F42AE1" w:rsidP="00AA1B57">
            <w:pPr>
              <w:jc w:val="center"/>
            </w:pPr>
          </w:p>
        </w:tc>
        <w:tc>
          <w:tcPr>
            <w:tcW w:w="8190" w:type="dxa"/>
          </w:tcPr>
          <w:p w14:paraId="26BD6DD2" w14:textId="3E20E013" w:rsidR="00F42AE1" w:rsidRPr="009A4380" w:rsidRDefault="00F42AE1" w:rsidP="00AA1B57"/>
        </w:tc>
      </w:tr>
      <w:tr w:rsidR="0022010F" w:rsidRPr="009A4380" w14:paraId="430B682C" w14:textId="77777777" w:rsidTr="00AA1B57">
        <w:tc>
          <w:tcPr>
            <w:tcW w:w="1165" w:type="dxa"/>
          </w:tcPr>
          <w:p w14:paraId="5B32D6E4" w14:textId="0E41106C" w:rsidR="0022010F" w:rsidRDefault="0022010F" w:rsidP="00AA1B57">
            <w:pPr>
              <w:jc w:val="center"/>
            </w:pPr>
          </w:p>
        </w:tc>
        <w:tc>
          <w:tcPr>
            <w:tcW w:w="8190" w:type="dxa"/>
          </w:tcPr>
          <w:p w14:paraId="486AC4C4" w14:textId="711FC42A" w:rsidR="0022010F" w:rsidRDefault="0022010F" w:rsidP="00AA1B57"/>
        </w:tc>
      </w:tr>
      <w:tr w:rsidR="0022010F" w:rsidRPr="009A4380" w14:paraId="213E18BA" w14:textId="77777777" w:rsidTr="00AA1B57">
        <w:tc>
          <w:tcPr>
            <w:tcW w:w="1165" w:type="dxa"/>
          </w:tcPr>
          <w:p w14:paraId="6449B4ED" w14:textId="6AB583A7" w:rsidR="0022010F" w:rsidRDefault="0022010F" w:rsidP="00AA1B57">
            <w:pPr>
              <w:jc w:val="center"/>
            </w:pPr>
          </w:p>
        </w:tc>
        <w:tc>
          <w:tcPr>
            <w:tcW w:w="8190" w:type="dxa"/>
          </w:tcPr>
          <w:p w14:paraId="7AAEDC15" w14:textId="50889C5F" w:rsidR="0022010F" w:rsidRDefault="0022010F" w:rsidP="00AA1B57"/>
        </w:tc>
      </w:tr>
    </w:tbl>
    <w:p w14:paraId="67BA1945" w14:textId="77777777" w:rsidR="00F42AE1" w:rsidRPr="00230F61" w:rsidRDefault="00F42AE1" w:rsidP="00504B11"/>
    <w:p w14:paraId="722ECB1C" w14:textId="641D5900" w:rsidR="00B328F9" w:rsidRDefault="009131AC" w:rsidP="00041DC2">
      <w:pPr>
        <w:pStyle w:val="Heading2"/>
      </w:pPr>
      <w:r>
        <w:t>Age Selection</w:t>
      </w:r>
    </w:p>
    <w:p w14:paraId="174049FB" w14:textId="1E00D2F3" w:rsidR="00F41FB5" w:rsidRDefault="006E1235" w:rsidP="00B328F9">
      <w:pPr>
        <w:rPr>
          <w:i/>
          <w:iCs/>
        </w:rPr>
      </w:pPr>
      <w:r w:rsidRPr="006E1235">
        <w:rPr>
          <w:i/>
          <w:iCs/>
        </w:rPr>
        <w:t>Select which age group your Passion Group is intended for by placing an “X” next to it.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85"/>
        <w:gridCol w:w="1350"/>
      </w:tblGrid>
      <w:tr w:rsidR="004E12AD" w14:paraId="128AE4EC" w14:textId="77777777" w:rsidTr="004E12AD">
        <w:trPr>
          <w:jc w:val="center"/>
        </w:trPr>
        <w:tc>
          <w:tcPr>
            <w:tcW w:w="4585" w:type="dxa"/>
            <w:shd w:val="clear" w:color="auto" w:fill="0077C8"/>
          </w:tcPr>
          <w:p w14:paraId="2F90D9F0" w14:textId="77C89559" w:rsidR="004E12AD" w:rsidRPr="00733C25" w:rsidRDefault="00855117" w:rsidP="00264F70">
            <w:pPr>
              <w:rPr>
                <w:b/>
                <w:bCs/>
                <w:color w:val="FFB600"/>
              </w:rPr>
            </w:pPr>
            <w:r>
              <w:rPr>
                <w:b/>
                <w:bCs/>
                <w:color w:val="FFB600"/>
              </w:rPr>
              <w:t>Intended Age Group Categories</w:t>
            </w:r>
          </w:p>
        </w:tc>
        <w:tc>
          <w:tcPr>
            <w:tcW w:w="1350" w:type="dxa"/>
            <w:shd w:val="clear" w:color="auto" w:fill="0077C8"/>
          </w:tcPr>
          <w:p w14:paraId="6305898D" w14:textId="77777777" w:rsidR="004E12AD" w:rsidRPr="00733C25" w:rsidRDefault="004E12AD" w:rsidP="00264F70">
            <w:pPr>
              <w:rPr>
                <w:b/>
                <w:bCs/>
                <w:color w:val="FFB600"/>
              </w:rPr>
            </w:pPr>
            <w:r w:rsidRPr="00733C25">
              <w:rPr>
                <w:b/>
                <w:bCs/>
                <w:color w:val="FFB600"/>
              </w:rPr>
              <w:t>Place “X” in this column</w:t>
            </w:r>
          </w:p>
        </w:tc>
      </w:tr>
      <w:tr w:rsidR="004E12AD" w14:paraId="5D24B017" w14:textId="77777777" w:rsidTr="004E12AD">
        <w:trPr>
          <w:jc w:val="center"/>
        </w:trPr>
        <w:tc>
          <w:tcPr>
            <w:tcW w:w="4585" w:type="dxa"/>
          </w:tcPr>
          <w:p w14:paraId="426BAE17" w14:textId="77777777" w:rsidR="004E12AD" w:rsidRDefault="004E12AD" w:rsidP="001E2E52">
            <w:pPr>
              <w:jc w:val="center"/>
            </w:pPr>
            <w:r w:rsidRPr="00D16D6D">
              <w:t>Adults, 18+ only</w:t>
            </w:r>
          </w:p>
          <w:p w14:paraId="535DFB32" w14:textId="45B0A2C3" w:rsidR="004E12AD" w:rsidRPr="006020F5" w:rsidRDefault="004E12AD" w:rsidP="001E2E52">
            <w:pPr>
              <w:jc w:val="center"/>
            </w:pPr>
          </w:p>
        </w:tc>
        <w:tc>
          <w:tcPr>
            <w:tcW w:w="1350" w:type="dxa"/>
          </w:tcPr>
          <w:p w14:paraId="577A7D1D" w14:textId="23E3C846" w:rsidR="004E12AD" w:rsidRPr="006020F5" w:rsidRDefault="004E12AD" w:rsidP="001E2E52">
            <w:pPr>
              <w:jc w:val="center"/>
            </w:pPr>
          </w:p>
        </w:tc>
      </w:tr>
      <w:tr w:rsidR="004E12AD" w14:paraId="4C1165A3" w14:textId="77777777" w:rsidTr="004E12AD">
        <w:trPr>
          <w:jc w:val="center"/>
        </w:trPr>
        <w:tc>
          <w:tcPr>
            <w:tcW w:w="4585" w:type="dxa"/>
          </w:tcPr>
          <w:p w14:paraId="655EE0CE" w14:textId="4C8B8302" w:rsidR="004E12AD" w:rsidRPr="006020F5" w:rsidRDefault="004E12AD" w:rsidP="001E2E52">
            <w:pPr>
              <w:jc w:val="center"/>
            </w:pPr>
            <w:r w:rsidRPr="00855AD0">
              <w:t>Adults, 18+ and supervised minors with express written consent from parent/legal guardian</w:t>
            </w:r>
          </w:p>
        </w:tc>
        <w:tc>
          <w:tcPr>
            <w:tcW w:w="1350" w:type="dxa"/>
          </w:tcPr>
          <w:p w14:paraId="03E32D49" w14:textId="77777777" w:rsidR="004E12AD" w:rsidRPr="006020F5" w:rsidRDefault="004E12AD" w:rsidP="001E2E52">
            <w:pPr>
              <w:jc w:val="center"/>
            </w:pPr>
          </w:p>
        </w:tc>
      </w:tr>
      <w:tr w:rsidR="004E12AD" w14:paraId="76386BB0" w14:textId="77777777" w:rsidTr="004E12AD">
        <w:trPr>
          <w:jc w:val="center"/>
        </w:trPr>
        <w:tc>
          <w:tcPr>
            <w:tcW w:w="4585" w:type="dxa"/>
          </w:tcPr>
          <w:p w14:paraId="527506BD" w14:textId="13EB3649" w:rsidR="004E12AD" w:rsidRPr="006020F5" w:rsidRDefault="004E12AD" w:rsidP="001E2E52">
            <w:pPr>
              <w:jc w:val="center"/>
            </w:pPr>
            <w:r w:rsidRPr="004E12AD">
              <w:t>Supervised minors with express written consent from parent/legal guardian only</w:t>
            </w:r>
          </w:p>
        </w:tc>
        <w:tc>
          <w:tcPr>
            <w:tcW w:w="1350" w:type="dxa"/>
          </w:tcPr>
          <w:p w14:paraId="6E906968" w14:textId="77777777" w:rsidR="004E12AD" w:rsidRPr="006020F5" w:rsidRDefault="004E12AD" w:rsidP="001E2E52">
            <w:pPr>
              <w:jc w:val="center"/>
            </w:pPr>
          </w:p>
        </w:tc>
      </w:tr>
    </w:tbl>
    <w:p w14:paraId="216241BB" w14:textId="77777777" w:rsidR="006E1235" w:rsidRDefault="006E1235" w:rsidP="00B328F9"/>
    <w:p w14:paraId="3E9AE35C" w14:textId="571106DA" w:rsidR="00186F32" w:rsidRDefault="00186F32" w:rsidP="00186F32">
      <w:pPr>
        <w:jc w:val="center"/>
      </w:pPr>
      <w:r w:rsidRPr="00365E99">
        <w:rPr>
          <w:noProof/>
        </w:rPr>
        <w:drawing>
          <wp:inline distT="0" distB="0" distL="0" distR="0" wp14:anchorId="4340CF82" wp14:editId="286580CD">
            <wp:extent cx="5938838" cy="102417"/>
            <wp:effectExtent l="0" t="0" r="0" b="0"/>
            <wp:docPr id="17068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61174" name="Picture 6785611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43607" cy="13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FF8F8" w14:textId="241BF74F" w:rsidR="00855117" w:rsidRDefault="00B62309" w:rsidP="00B62309">
      <w:pPr>
        <w:pStyle w:val="Heading1"/>
      </w:pPr>
      <w:r>
        <w:lastRenderedPageBreak/>
        <w:t xml:space="preserve">Section 2 </w:t>
      </w:r>
      <w:r w:rsidR="005706BE">
        <w:t>–</w:t>
      </w:r>
      <w:r>
        <w:t xml:space="preserve"> </w:t>
      </w:r>
      <w:r w:rsidR="005706BE" w:rsidRPr="005706BE">
        <w:t>Rooted Together</w:t>
      </w:r>
      <w:r w:rsidR="005706BE">
        <w:t xml:space="preserve"> –</w:t>
      </w:r>
      <w:r w:rsidR="005706BE" w:rsidRPr="005706BE">
        <w:t xml:space="preserve"> Longevity &amp; Deliverables</w:t>
      </w:r>
    </w:p>
    <w:p w14:paraId="63223A7B" w14:textId="2A291E6B" w:rsidR="005706BE" w:rsidRDefault="009B00AB" w:rsidP="009B00AB">
      <w:r w:rsidRPr="009B00AB">
        <w:t>Tangible deliverables give your group direction, help measure progress, and allow us to share your Passion Groups with a larger community</w:t>
      </w:r>
    </w:p>
    <w:p w14:paraId="54524184" w14:textId="57805336" w:rsidR="00674709" w:rsidRDefault="000C4989" w:rsidP="000C4989">
      <w:pPr>
        <w:pStyle w:val="Heading2"/>
        <w:numPr>
          <w:ilvl w:val="0"/>
          <w:numId w:val="29"/>
        </w:numPr>
      </w:pPr>
      <w:r w:rsidRPr="000C4989">
        <w:t>Roots &amp; Community Connection</w:t>
      </w:r>
    </w:p>
    <w:p w14:paraId="24FC0BDA" w14:textId="5FAD4052" w:rsidR="00EA32A7" w:rsidRDefault="000B5529" w:rsidP="00EA32A7">
      <w:r w:rsidRPr="000B5529">
        <w:t>How am I connecting with others and to the community with this group?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B5529" w14:paraId="1203DC56" w14:textId="77777777" w:rsidTr="000B5529">
        <w:tc>
          <w:tcPr>
            <w:tcW w:w="9350" w:type="dxa"/>
          </w:tcPr>
          <w:p w14:paraId="0B9BB0FD" w14:textId="77777777" w:rsidR="000B5529" w:rsidRDefault="000B5529" w:rsidP="002022D9"/>
          <w:p w14:paraId="14015418" w14:textId="21886C73" w:rsidR="002A6E66" w:rsidRDefault="002A6E66" w:rsidP="002022D9"/>
        </w:tc>
      </w:tr>
    </w:tbl>
    <w:p w14:paraId="78C2467F" w14:textId="77777777" w:rsidR="000B5529" w:rsidRDefault="000B5529" w:rsidP="00EA32A7"/>
    <w:p w14:paraId="5E52AC16" w14:textId="566A7585" w:rsidR="000B5529" w:rsidRDefault="009A7486" w:rsidP="00EA32A7">
      <w:r w:rsidRPr="009A7486">
        <w:t xml:space="preserve">What benefit does this provide </w:t>
      </w:r>
      <w:proofErr w:type="gramStart"/>
      <w:r w:rsidRPr="009A7486">
        <w:t>myself</w:t>
      </w:r>
      <w:proofErr w:type="gramEnd"/>
      <w:r w:rsidRPr="009A7486">
        <w:t>/others who are part of this group?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A7486" w14:paraId="17A24812" w14:textId="77777777" w:rsidTr="009A7486">
        <w:tc>
          <w:tcPr>
            <w:tcW w:w="9350" w:type="dxa"/>
          </w:tcPr>
          <w:p w14:paraId="3830D34C" w14:textId="77777777" w:rsidR="00A9579A" w:rsidRDefault="00A9579A" w:rsidP="003F50AD"/>
          <w:p w14:paraId="4AC58C40" w14:textId="5E28D836" w:rsidR="002A6E66" w:rsidRDefault="002A6E66" w:rsidP="003F50AD"/>
        </w:tc>
      </w:tr>
    </w:tbl>
    <w:p w14:paraId="14F2238B" w14:textId="77777777" w:rsidR="009A7486" w:rsidRDefault="009A7486" w:rsidP="00EA32A7"/>
    <w:p w14:paraId="5AC015B5" w14:textId="173D046C" w:rsidR="004E02F3" w:rsidRDefault="004E02F3" w:rsidP="00EA32A7">
      <w:r w:rsidRPr="004E02F3">
        <w:t xml:space="preserve">Does this group support a long-term goal not related to EWI?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02F3" w14:paraId="71BEB09F" w14:textId="77777777" w:rsidTr="004E02F3">
        <w:tc>
          <w:tcPr>
            <w:tcW w:w="9350" w:type="dxa"/>
          </w:tcPr>
          <w:p w14:paraId="1CBDFD45" w14:textId="77777777" w:rsidR="004E02F3" w:rsidRDefault="004E02F3" w:rsidP="00EA32A7"/>
          <w:p w14:paraId="121604B1" w14:textId="4426D5FD" w:rsidR="002A6E66" w:rsidRDefault="002A6E66" w:rsidP="00EA32A7"/>
        </w:tc>
      </w:tr>
    </w:tbl>
    <w:p w14:paraId="06D1A17D" w14:textId="77777777" w:rsidR="004E02F3" w:rsidRPr="00EA32A7" w:rsidRDefault="004E02F3" w:rsidP="00EA32A7"/>
    <w:p w14:paraId="5B7CA22E" w14:textId="3070E2FF" w:rsidR="00855117" w:rsidRDefault="00A57700" w:rsidP="00A57700">
      <w:pPr>
        <w:pStyle w:val="Heading2"/>
      </w:pPr>
      <w:r>
        <w:t>Trunk and Visibility</w:t>
      </w:r>
    </w:p>
    <w:p w14:paraId="08645702" w14:textId="2C30CC95" w:rsidR="00DF19E2" w:rsidRPr="00DF19E2" w:rsidRDefault="00DF19E2" w:rsidP="00DF19E2">
      <w:r w:rsidRPr="00DF19E2">
        <w:t>What will your group produce, create, or accomplish? List 2–4 concrete deliverables.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93"/>
        <w:gridCol w:w="1672"/>
        <w:gridCol w:w="2160"/>
        <w:gridCol w:w="4230"/>
      </w:tblGrid>
      <w:tr w:rsidR="00C40E24" w14:paraId="50F22DA7" w14:textId="40701C7D" w:rsidTr="006E7196">
        <w:tc>
          <w:tcPr>
            <w:tcW w:w="1293" w:type="dxa"/>
            <w:shd w:val="clear" w:color="auto" w:fill="0077C8"/>
          </w:tcPr>
          <w:p w14:paraId="40365C96" w14:textId="4E2998B7" w:rsidR="00C40E24" w:rsidRPr="00C279E6" w:rsidRDefault="00C40E24" w:rsidP="00A57700">
            <w:pPr>
              <w:rPr>
                <w:b/>
                <w:bCs/>
                <w:color w:val="FFB600"/>
              </w:rPr>
            </w:pPr>
            <w:r w:rsidRPr="00C279E6">
              <w:rPr>
                <w:b/>
                <w:bCs/>
                <w:color w:val="FFB600"/>
              </w:rPr>
              <w:t>Deliverable</w:t>
            </w:r>
          </w:p>
        </w:tc>
        <w:tc>
          <w:tcPr>
            <w:tcW w:w="1672" w:type="dxa"/>
            <w:shd w:val="clear" w:color="auto" w:fill="0077C8"/>
          </w:tcPr>
          <w:p w14:paraId="008AD012" w14:textId="23E4CD4E" w:rsidR="00C40E24" w:rsidRPr="00C279E6" w:rsidRDefault="00C40E24" w:rsidP="00A57700">
            <w:pPr>
              <w:rPr>
                <w:b/>
                <w:bCs/>
                <w:color w:val="FFB600"/>
              </w:rPr>
            </w:pPr>
            <w:r w:rsidRPr="00C279E6">
              <w:rPr>
                <w:b/>
                <w:bCs/>
                <w:color w:val="FFB600"/>
              </w:rPr>
              <w:t>Format/Type</w:t>
            </w:r>
          </w:p>
        </w:tc>
        <w:tc>
          <w:tcPr>
            <w:tcW w:w="2160" w:type="dxa"/>
            <w:shd w:val="clear" w:color="auto" w:fill="0077C8"/>
          </w:tcPr>
          <w:p w14:paraId="685CF364" w14:textId="2987F8FA" w:rsidR="00C40E24" w:rsidRPr="00C279E6" w:rsidRDefault="00C40E24" w:rsidP="00A57700">
            <w:pPr>
              <w:rPr>
                <w:b/>
                <w:bCs/>
                <w:color w:val="FFB600"/>
              </w:rPr>
            </w:pPr>
            <w:r w:rsidRPr="00C279E6">
              <w:rPr>
                <w:b/>
                <w:bCs/>
                <w:color w:val="FFB600"/>
              </w:rPr>
              <w:t>Time to Complete</w:t>
            </w:r>
          </w:p>
        </w:tc>
        <w:tc>
          <w:tcPr>
            <w:tcW w:w="4230" w:type="dxa"/>
            <w:shd w:val="clear" w:color="auto" w:fill="0077C8"/>
          </w:tcPr>
          <w:p w14:paraId="2801C90B" w14:textId="12DD146E" w:rsidR="00C40E24" w:rsidRPr="00C279E6" w:rsidRDefault="00C40E24" w:rsidP="00A57700">
            <w:pPr>
              <w:rPr>
                <w:b/>
                <w:bCs/>
                <w:color w:val="FFB600"/>
              </w:rPr>
            </w:pPr>
            <w:r>
              <w:rPr>
                <w:b/>
                <w:bCs/>
                <w:color w:val="FFB600"/>
              </w:rPr>
              <w:t>Notes</w:t>
            </w:r>
          </w:p>
        </w:tc>
      </w:tr>
      <w:tr w:rsidR="00C40E24" w14:paraId="0D752FC0" w14:textId="1BF096F1" w:rsidTr="006E7196">
        <w:tc>
          <w:tcPr>
            <w:tcW w:w="1293" w:type="dxa"/>
          </w:tcPr>
          <w:p w14:paraId="75CE3B4D" w14:textId="7656E9BD" w:rsidR="00C40E24" w:rsidRDefault="00C40E24" w:rsidP="00A57700"/>
        </w:tc>
        <w:tc>
          <w:tcPr>
            <w:tcW w:w="1672" w:type="dxa"/>
          </w:tcPr>
          <w:p w14:paraId="03C5FECC" w14:textId="69337686" w:rsidR="00C40E24" w:rsidRDefault="00C40E24" w:rsidP="00A57700"/>
        </w:tc>
        <w:tc>
          <w:tcPr>
            <w:tcW w:w="2160" w:type="dxa"/>
          </w:tcPr>
          <w:p w14:paraId="5DCC9B78" w14:textId="7A9CB75D" w:rsidR="00C40E24" w:rsidRDefault="00C40E24" w:rsidP="00A57700"/>
        </w:tc>
        <w:tc>
          <w:tcPr>
            <w:tcW w:w="4230" w:type="dxa"/>
          </w:tcPr>
          <w:p w14:paraId="77DB5252" w14:textId="3FAA12B6" w:rsidR="00C40E24" w:rsidRDefault="00C40E24" w:rsidP="00A57700"/>
        </w:tc>
      </w:tr>
      <w:tr w:rsidR="00C40E24" w14:paraId="54DEBF09" w14:textId="0B1BC767" w:rsidTr="006E7196">
        <w:tc>
          <w:tcPr>
            <w:tcW w:w="1293" w:type="dxa"/>
          </w:tcPr>
          <w:p w14:paraId="63B59477" w14:textId="0DA5C410" w:rsidR="00C40E24" w:rsidRDefault="00C40E24" w:rsidP="00A57700"/>
        </w:tc>
        <w:tc>
          <w:tcPr>
            <w:tcW w:w="1672" w:type="dxa"/>
          </w:tcPr>
          <w:p w14:paraId="480D9084" w14:textId="4988515A" w:rsidR="00C40E24" w:rsidRDefault="00C40E24" w:rsidP="00A57700"/>
        </w:tc>
        <w:tc>
          <w:tcPr>
            <w:tcW w:w="2160" w:type="dxa"/>
          </w:tcPr>
          <w:p w14:paraId="4B6DF863" w14:textId="0479A3AA" w:rsidR="00C40E24" w:rsidRDefault="00C40E24" w:rsidP="00A57700"/>
        </w:tc>
        <w:tc>
          <w:tcPr>
            <w:tcW w:w="4230" w:type="dxa"/>
          </w:tcPr>
          <w:p w14:paraId="43BD7C6E" w14:textId="7F51E98C" w:rsidR="00C40E24" w:rsidRDefault="00C40E24" w:rsidP="00A57700"/>
        </w:tc>
      </w:tr>
      <w:tr w:rsidR="00C40E24" w14:paraId="35D6F018" w14:textId="764F1068" w:rsidTr="006E7196">
        <w:tc>
          <w:tcPr>
            <w:tcW w:w="1293" w:type="dxa"/>
          </w:tcPr>
          <w:p w14:paraId="0053AAA5" w14:textId="325AF422" w:rsidR="00C40E24" w:rsidRDefault="00C40E24" w:rsidP="00A57700"/>
        </w:tc>
        <w:tc>
          <w:tcPr>
            <w:tcW w:w="1672" w:type="dxa"/>
          </w:tcPr>
          <w:p w14:paraId="24C61E69" w14:textId="482E46B2" w:rsidR="00C40E24" w:rsidRDefault="00C40E24" w:rsidP="00A57700"/>
        </w:tc>
        <w:tc>
          <w:tcPr>
            <w:tcW w:w="2160" w:type="dxa"/>
          </w:tcPr>
          <w:p w14:paraId="5F896AE6" w14:textId="027B1DAE" w:rsidR="00C40E24" w:rsidRDefault="00C40E24" w:rsidP="00A57700"/>
        </w:tc>
        <w:tc>
          <w:tcPr>
            <w:tcW w:w="4230" w:type="dxa"/>
          </w:tcPr>
          <w:p w14:paraId="52355F3D" w14:textId="2B5F4F8A" w:rsidR="00C40E24" w:rsidRDefault="00C40E24" w:rsidP="00A57700"/>
        </w:tc>
      </w:tr>
      <w:tr w:rsidR="00285800" w14:paraId="0393AEE3" w14:textId="77777777" w:rsidTr="006E7196">
        <w:tc>
          <w:tcPr>
            <w:tcW w:w="1293" w:type="dxa"/>
          </w:tcPr>
          <w:p w14:paraId="414A80AD" w14:textId="10F5CC6C" w:rsidR="00285800" w:rsidRDefault="00285800" w:rsidP="00A57700"/>
        </w:tc>
        <w:tc>
          <w:tcPr>
            <w:tcW w:w="1672" w:type="dxa"/>
          </w:tcPr>
          <w:p w14:paraId="6237359A" w14:textId="213F358B" w:rsidR="00285800" w:rsidRDefault="00285800" w:rsidP="00A57700"/>
        </w:tc>
        <w:tc>
          <w:tcPr>
            <w:tcW w:w="2160" w:type="dxa"/>
          </w:tcPr>
          <w:p w14:paraId="7B103D18" w14:textId="53132A00" w:rsidR="00285800" w:rsidRDefault="00285800" w:rsidP="00A57700"/>
        </w:tc>
        <w:tc>
          <w:tcPr>
            <w:tcW w:w="4230" w:type="dxa"/>
          </w:tcPr>
          <w:p w14:paraId="3904ADFE" w14:textId="6654822F" w:rsidR="00285800" w:rsidRDefault="00285800" w:rsidP="00A57700"/>
        </w:tc>
      </w:tr>
    </w:tbl>
    <w:p w14:paraId="360112B2" w14:textId="77777777" w:rsidR="00A57700" w:rsidRDefault="00A57700" w:rsidP="00A57700"/>
    <w:p w14:paraId="5BF325D1" w14:textId="7C61987A" w:rsidR="00304BC6" w:rsidRDefault="00304BC6" w:rsidP="00304BC6">
      <w:pPr>
        <w:pStyle w:val="Heading2"/>
      </w:pPr>
      <w:r w:rsidRPr="00304BC6">
        <w:t>Leaves &amp; Future Growth</w:t>
      </w:r>
    </w:p>
    <w:p w14:paraId="35E43F00" w14:textId="3363D847" w:rsidR="00304BC6" w:rsidRDefault="00426CDC" w:rsidP="00304BC6">
      <w:r w:rsidRPr="00426CDC">
        <w:t>How will you and other members build on your Passion Group experiences?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F1D5B" w14:paraId="27E1A376" w14:textId="77777777" w:rsidTr="000F1D5B">
        <w:tc>
          <w:tcPr>
            <w:tcW w:w="9350" w:type="dxa"/>
          </w:tcPr>
          <w:p w14:paraId="10AA0C91" w14:textId="77777777" w:rsidR="000F1D5B" w:rsidRDefault="000F1D5B" w:rsidP="000F1D5B"/>
          <w:p w14:paraId="4DB4B070" w14:textId="68D4CF95" w:rsidR="001F6081" w:rsidRDefault="001F6081" w:rsidP="000F1D5B"/>
        </w:tc>
      </w:tr>
    </w:tbl>
    <w:p w14:paraId="23FEBD38" w14:textId="77777777" w:rsidR="00426CDC" w:rsidRDefault="00426CDC" w:rsidP="00304BC6"/>
    <w:p w14:paraId="40629C96" w14:textId="0F0FBD6D" w:rsidR="00371C1D" w:rsidRDefault="00BA2EC8" w:rsidP="00304BC6">
      <w:r w:rsidRPr="00BA2EC8">
        <w:t xml:space="preserve">Can this Passion Group provide more </w:t>
      </w:r>
      <w:proofErr w:type="gramStart"/>
      <w:r w:rsidRPr="00BA2EC8">
        <w:t>to</w:t>
      </w:r>
      <w:proofErr w:type="gramEnd"/>
      <w:r w:rsidRPr="00BA2EC8">
        <w:t xml:space="preserve"> its members outside of its original purpose?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A2EC8" w14:paraId="2F9F3D55" w14:textId="77777777" w:rsidTr="00BA2EC8">
        <w:tc>
          <w:tcPr>
            <w:tcW w:w="9350" w:type="dxa"/>
          </w:tcPr>
          <w:p w14:paraId="41294F52" w14:textId="77777777" w:rsidR="00BA2EC8" w:rsidRDefault="00BA2EC8" w:rsidP="00775EC4"/>
          <w:p w14:paraId="73DE3B8B" w14:textId="5DAD48FC" w:rsidR="001F6081" w:rsidRDefault="001F6081" w:rsidP="00775EC4"/>
        </w:tc>
      </w:tr>
    </w:tbl>
    <w:p w14:paraId="39B3AA9E" w14:textId="4853DD9A" w:rsidR="00BA2EC8" w:rsidRDefault="00BA2EC8" w:rsidP="00304BC6"/>
    <w:p w14:paraId="662D8EBF" w14:textId="290203A8" w:rsidR="00184774" w:rsidRDefault="00184774" w:rsidP="00184774">
      <w:r>
        <w:t>How will you know if the group is succeeding? (Success metrics or indicators)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84774" w14:paraId="6AB3328B" w14:textId="77777777" w:rsidTr="00184774">
        <w:tc>
          <w:tcPr>
            <w:tcW w:w="9350" w:type="dxa"/>
          </w:tcPr>
          <w:p w14:paraId="0B9DB50F" w14:textId="77777777" w:rsidR="00775EC4" w:rsidRDefault="00775EC4" w:rsidP="00184774"/>
          <w:p w14:paraId="799881A9" w14:textId="24BEF36E" w:rsidR="001F6081" w:rsidRDefault="001F6081" w:rsidP="00184774"/>
        </w:tc>
      </w:tr>
    </w:tbl>
    <w:p w14:paraId="5646EDBB" w14:textId="77777777" w:rsidR="00184774" w:rsidRDefault="00184774" w:rsidP="00184774"/>
    <w:p w14:paraId="0029CACD" w14:textId="39DF8C39" w:rsidR="00880D7D" w:rsidRDefault="00880D7D" w:rsidP="00184774">
      <w:r w:rsidRPr="00880D7D">
        <w:t>What resources or support does the group need to deliver these outcomes?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80D7D" w14:paraId="73601363" w14:textId="77777777" w:rsidTr="00264F70">
        <w:tc>
          <w:tcPr>
            <w:tcW w:w="4675" w:type="dxa"/>
            <w:shd w:val="clear" w:color="auto" w:fill="0077C8"/>
          </w:tcPr>
          <w:p w14:paraId="368767F4" w14:textId="18CE14F9" w:rsidR="00880D7D" w:rsidRPr="00264F70" w:rsidRDefault="00FB51CE" w:rsidP="00184774">
            <w:pPr>
              <w:rPr>
                <w:b/>
                <w:bCs/>
                <w:color w:val="FFB600"/>
              </w:rPr>
            </w:pPr>
            <w:r w:rsidRPr="00264F70">
              <w:rPr>
                <w:b/>
                <w:bCs/>
                <w:color w:val="FFB600"/>
              </w:rPr>
              <w:t>Resource Needed</w:t>
            </w:r>
          </w:p>
        </w:tc>
        <w:tc>
          <w:tcPr>
            <w:tcW w:w="4675" w:type="dxa"/>
            <w:shd w:val="clear" w:color="auto" w:fill="0077C8"/>
          </w:tcPr>
          <w:p w14:paraId="03ABDD93" w14:textId="41C30FC4" w:rsidR="00880D7D" w:rsidRPr="00264F70" w:rsidRDefault="00127C5F" w:rsidP="00184774">
            <w:pPr>
              <w:rPr>
                <w:b/>
                <w:bCs/>
                <w:color w:val="FFB600"/>
              </w:rPr>
            </w:pPr>
            <w:r w:rsidRPr="00264F70">
              <w:rPr>
                <w:b/>
                <w:bCs/>
                <w:color w:val="FFB600"/>
              </w:rPr>
              <w:t>Where/How to Obtain It</w:t>
            </w:r>
          </w:p>
        </w:tc>
      </w:tr>
      <w:tr w:rsidR="00880D7D" w14:paraId="033FD0D8" w14:textId="77777777" w:rsidTr="002038D8">
        <w:trPr>
          <w:trHeight w:val="1313"/>
        </w:trPr>
        <w:tc>
          <w:tcPr>
            <w:tcW w:w="4675" w:type="dxa"/>
          </w:tcPr>
          <w:p w14:paraId="47D4A5A4" w14:textId="74C6A45F" w:rsidR="00880D7D" w:rsidRDefault="00880D7D" w:rsidP="00184774"/>
        </w:tc>
        <w:tc>
          <w:tcPr>
            <w:tcW w:w="4675" w:type="dxa"/>
          </w:tcPr>
          <w:p w14:paraId="43E354FA" w14:textId="4C5BB1F3" w:rsidR="00880D7D" w:rsidRDefault="00880D7D" w:rsidP="00184774"/>
        </w:tc>
      </w:tr>
    </w:tbl>
    <w:p w14:paraId="2AE5FA2E" w14:textId="77777777" w:rsidR="00E048C8" w:rsidRDefault="00E048C8" w:rsidP="00E048C8"/>
    <w:p w14:paraId="53BB92F2" w14:textId="77777777" w:rsidR="00E048C8" w:rsidRDefault="00E048C8" w:rsidP="00E048C8">
      <w:pPr>
        <w:jc w:val="center"/>
      </w:pPr>
      <w:r w:rsidRPr="00365E99">
        <w:rPr>
          <w:noProof/>
        </w:rPr>
        <w:drawing>
          <wp:inline distT="0" distB="0" distL="0" distR="0" wp14:anchorId="70D16114" wp14:editId="2B863CD8">
            <wp:extent cx="5938838" cy="102417"/>
            <wp:effectExtent l="0" t="0" r="0" b="0"/>
            <wp:docPr id="2045408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61174" name="Picture 6785611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43607" cy="13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DAFCF" w14:textId="4A02CCE0" w:rsidR="00184774" w:rsidRDefault="00E048C8" w:rsidP="00E048C8">
      <w:pPr>
        <w:pStyle w:val="Heading1"/>
      </w:pPr>
      <w:r>
        <w:t xml:space="preserve">Section </w:t>
      </w:r>
      <w:r w:rsidR="00411B77">
        <w:t>3</w:t>
      </w:r>
      <w:r>
        <w:t xml:space="preserve"> – Planning Your Group Meetings</w:t>
      </w:r>
    </w:p>
    <w:p w14:paraId="615307E0" w14:textId="337E9019" w:rsidR="00E048C8" w:rsidRDefault="00AC6D85" w:rsidP="00E048C8">
      <w:r>
        <w:t>Meetings!</w:t>
      </w:r>
    </w:p>
    <w:p w14:paraId="34BE7FAF" w14:textId="661C3361" w:rsidR="00AC6D85" w:rsidRDefault="00D725DB" w:rsidP="007B0D36">
      <w:pPr>
        <w:pStyle w:val="Heading2"/>
        <w:numPr>
          <w:ilvl w:val="0"/>
          <w:numId w:val="30"/>
        </w:numPr>
      </w:pPr>
      <w:r>
        <w:t>Location</w:t>
      </w:r>
    </w:p>
    <w:p w14:paraId="107FA76E" w14:textId="6A1981BA" w:rsidR="00D725DB" w:rsidRPr="00D725DB" w:rsidRDefault="00D725DB" w:rsidP="00D725DB">
      <w:r w:rsidRPr="00D725DB">
        <w:t>Where will the group meet? Will it be subject to change?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E48D5" w14:paraId="111FE61A" w14:textId="77777777" w:rsidTr="00AE48D5">
        <w:tc>
          <w:tcPr>
            <w:tcW w:w="9350" w:type="dxa"/>
          </w:tcPr>
          <w:p w14:paraId="0F171444" w14:textId="77777777" w:rsidR="00AE48D5" w:rsidRDefault="00AE48D5" w:rsidP="007B0D36"/>
          <w:p w14:paraId="35C63D06" w14:textId="51249968" w:rsidR="00775EC4" w:rsidRDefault="00775EC4" w:rsidP="007B0D36"/>
        </w:tc>
      </w:tr>
    </w:tbl>
    <w:p w14:paraId="5C53A241" w14:textId="77777777" w:rsidR="007B0D36" w:rsidRPr="007B0D36" w:rsidRDefault="007B0D36" w:rsidP="007B0D36"/>
    <w:p w14:paraId="7680CB06" w14:textId="6E22D537" w:rsidR="00A57700" w:rsidRDefault="00D725DB" w:rsidP="00D725DB">
      <w:pPr>
        <w:pStyle w:val="Heading2"/>
      </w:pPr>
      <w:r>
        <w:t>Group Size</w:t>
      </w:r>
    </w:p>
    <w:p w14:paraId="33718D11" w14:textId="28240BC5" w:rsidR="00D725DB" w:rsidRDefault="00D725DB" w:rsidP="00D725DB">
      <w:r w:rsidRPr="00D725DB">
        <w:t>What is the ideal group size to function under the application criteria?</w:t>
      </w:r>
      <w:r w:rsidR="001971BA">
        <w:t xml:space="preserve"> How could you handle meeting capacity?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25DB" w14:paraId="0F1EE744" w14:textId="77777777" w:rsidTr="00D725DB">
        <w:tc>
          <w:tcPr>
            <w:tcW w:w="9350" w:type="dxa"/>
          </w:tcPr>
          <w:p w14:paraId="1DF4BDDD" w14:textId="77777777" w:rsidR="00D725DB" w:rsidRDefault="00D725DB" w:rsidP="00D725DB"/>
          <w:p w14:paraId="004C6DDA" w14:textId="5D4B1F99" w:rsidR="00775EC4" w:rsidRDefault="00775EC4" w:rsidP="00D725DB"/>
        </w:tc>
      </w:tr>
    </w:tbl>
    <w:p w14:paraId="2E40F727" w14:textId="77777777" w:rsidR="00D725DB" w:rsidRDefault="00D725DB" w:rsidP="00D725DB"/>
    <w:p w14:paraId="431F7886" w14:textId="78DA3311" w:rsidR="006E0444" w:rsidRDefault="006E0444" w:rsidP="006E0444">
      <w:pPr>
        <w:pStyle w:val="Heading2"/>
      </w:pPr>
      <w:r>
        <w:t>Frequency</w:t>
      </w:r>
    </w:p>
    <w:p w14:paraId="42D92C25" w14:textId="7F0A23D2" w:rsidR="006E0444" w:rsidRDefault="006E0444" w:rsidP="006E0444">
      <w:r w:rsidRPr="006E0444">
        <w:t>How often will the Passion Group meet?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E0444" w14:paraId="12F09416" w14:textId="77777777" w:rsidTr="006E0444">
        <w:tc>
          <w:tcPr>
            <w:tcW w:w="9350" w:type="dxa"/>
          </w:tcPr>
          <w:p w14:paraId="5445C056" w14:textId="319286D3" w:rsidR="006E0444" w:rsidRDefault="006E0444" w:rsidP="006E0444"/>
        </w:tc>
      </w:tr>
    </w:tbl>
    <w:p w14:paraId="6A993551" w14:textId="77777777" w:rsidR="006E0444" w:rsidRDefault="006E0444" w:rsidP="006E0444"/>
    <w:p w14:paraId="4096583E" w14:textId="0D3B76AF" w:rsidR="00E15EFC" w:rsidRDefault="00E15EFC" w:rsidP="00E15EFC">
      <w:pPr>
        <w:pStyle w:val="Heading2"/>
      </w:pPr>
      <w:r>
        <w:lastRenderedPageBreak/>
        <w:t>Duration</w:t>
      </w:r>
    </w:p>
    <w:p w14:paraId="15286CA3" w14:textId="62881B55" w:rsidR="00E15EFC" w:rsidRDefault="00E15EFC" w:rsidP="00E15EFC">
      <w:r w:rsidRPr="00E15EFC">
        <w:t>How long will the Passion Group meetings/meetups last?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15EFC" w14:paraId="7D137F66" w14:textId="77777777" w:rsidTr="00E15EFC">
        <w:tc>
          <w:tcPr>
            <w:tcW w:w="9350" w:type="dxa"/>
          </w:tcPr>
          <w:p w14:paraId="3575A3A3" w14:textId="0789190C" w:rsidR="00E15EFC" w:rsidRDefault="00E15EFC" w:rsidP="00E15EFC"/>
        </w:tc>
      </w:tr>
    </w:tbl>
    <w:p w14:paraId="3FDFBA5C" w14:textId="77777777" w:rsidR="00E15EFC" w:rsidRDefault="00E15EFC" w:rsidP="00E15EFC"/>
    <w:p w14:paraId="42907388" w14:textId="47846D9C" w:rsidR="007F6377" w:rsidRDefault="003262E2" w:rsidP="007F6377">
      <w:pPr>
        <w:pStyle w:val="Heading2"/>
      </w:pPr>
      <w:r>
        <w:t xml:space="preserve">Running a </w:t>
      </w:r>
      <w:r w:rsidR="007F6377">
        <w:t>Meeting</w:t>
      </w:r>
    </w:p>
    <w:p w14:paraId="3AAD0A90" w14:textId="77777777" w:rsidR="007F6377" w:rsidRDefault="007F6377" w:rsidP="007F6377">
      <w:r>
        <w:t>Describe how your meetings will be run – what are you doing during the meetings?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F118F" w14:paraId="33A41114" w14:textId="77777777" w:rsidTr="008F118F">
        <w:tc>
          <w:tcPr>
            <w:tcW w:w="9350" w:type="dxa"/>
          </w:tcPr>
          <w:p w14:paraId="4764F7F4" w14:textId="77777777" w:rsidR="008F118F" w:rsidRDefault="008F118F" w:rsidP="00E15EFC"/>
          <w:p w14:paraId="5D702E10" w14:textId="2FB9F860" w:rsidR="00775EC4" w:rsidRDefault="00775EC4" w:rsidP="00E15EFC"/>
        </w:tc>
      </w:tr>
    </w:tbl>
    <w:p w14:paraId="1C3BF0C5" w14:textId="77777777" w:rsidR="007F6377" w:rsidRDefault="007F6377" w:rsidP="00E15EFC"/>
    <w:p w14:paraId="38D40B64" w14:textId="0CDA2F53" w:rsidR="00184118" w:rsidRDefault="00184118" w:rsidP="00184118">
      <w:pPr>
        <w:pStyle w:val="Heading2"/>
      </w:pPr>
      <w:r>
        <w:t>Initial Membership</w:t>
      </w:r>
    </w:p>
    <w:p w14:paraId="4B989D36" w14:textId="710EC25D" w:rsidR="00184118" w:rsidRDefault="00184118" w:rsidP="00184118">
      <w:r>
        <w:t>Do you already have interest</w:t>
      </w:r>
      <w:r w:rsidR="00B27D3C">
        <w:t xml:space="preserve"> from prospective members? Please </w:t>
      </w:r>
      <w:r w:rsidR="00E31F97">
        <w:t>provide additional details regarding existing numbers and how you anticipate managing your member count.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1F97" w14:paraId="5F2F8FAD" w14:textId="77777777" w:rsidTr="00E31F97">
        <w:tc>
          <w:tcPr>
            <w:tcW w:w="9350" w:type="dxa"/>
          </w:tcPr>
          <w:p w14:paraId="646B78EA" w14:textId="77777777" w:rsidR="00E31F97" w:rsidRDefault="00E31F97" w:rsidP="00184118"/>
          <w:p w14:paraId="48682A67" w14:textId="55635816" w:rsidR="00775EC4" w:rsidRDefault="00775EC4" w:rsidP="00184118"/>
        </w:tc>
      </w:tr>
    </w:tbl>
    <w:p w14:paraId="5A238DCB" w14:textId="77777777" w:rsidR="00E31F97" w:rsidRDefault="00E31F97" w:rsidP="00184118"/>
    <w:p w14:paraId="0AC79CB4" w14:textId="7B51FA6D" w:rsidR="00E91783" w:rsidRDefault="00E91783" w:rsidP="00E91783">
      <w:pPr>
        <w:pStyle w:val="Heading2"/>
      </w:pPr>
      <w:r>
        <w:t>Member Communication</w:t>
      </w:r>
    </w:p>
    <w:p w14:paraId="2D1903F7" w14:textId="275D0ACD" w:rsidR="00E91783" w:rsidRDefault="00E91783" w:rsidP="00E91783">
      <w:r>
        <w:t xml:space="preserve">How will you communicate with the members of your group? Group text, </w:t>
      </w:r>
      <w:r w:rsidR="00AD2D9F">
        <w:t>social media?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D2D9F" w14:paraId="7A74AC14" w14:textId="77777777" w:rsidTr="00AD2D9F">
        <w:tc>
          <w:tcPr>
            <w:tcW w:w="9350" w:type="dxa"/>
          </w:tcPr>
          <w:p w14:paraId="3A21332B" w14:textId="77777777" w:rsidR="00AD2D9F" w:rsidRDefault="00AD2D9F" w:rsidP="00E91783"/>
          <w:p w14:paraId="0599DB09" w14:textId="09D0F58C" w:rsidR="00775EC4" w:rsidRDefault="00775EC4" w:rsidP="00E91783"/>
        </w:tc>
      </w:tr>
    </w:tbl>
    <w:p w14:paraId="7D1C545B" w14:textId="77777777" w:rsidR="00AD2D9F" w:rsidRPr="00E91783" w:rsidRDefault="00AD2D9F" w:rsidP="003675BF">
      <w:pPr>
        <w:pStyle w:val="Heading2"/>
        <w:numPr>
          <w:ilvl w:val="0"/>
          <w:numId w:val="0"/>
        </w:numPr>
      </w:pPr>
    </w:p>
    <w:p w14:paraId="365D8821" w14:textId="687A9273" w:rsidR="001769C2" w:rsidRDefault="00411B77" w:rsidP="00E15EFC">
      <w:r w:rsidRPr="00365E99">
        <w:rPr>
          <w:noProof/>
        </w:rPr>
        <w:drawing>
          <wp:inline distT="0" distB="0" distL="0" distR="0" wp14:anchorId="41514741" wp14:editId="66275DA8">
            <wp:extent cx="5938838" cy="102417"/>
            <wp:effectExtent l="0" t="0" r="0" b="0"/>
            <wp:docPr id="1198673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61174" name="Picture 6785611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43607" cy="13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DB1FD" w14:textId="02261DD7" w:rsidR="00411B77" w:rsidRDefault="00411B77" w:rsidP="00411B77">
      <w:pPr>
        <w:pStyle w:val="Heading1"/>
      </w:pPr>
      <w:r>
        <w:t>Section 4 – Next Steps</w:t>
      </w:r>
    </w:p>
    <w:p w14:paraId="1AE8D29A" w14:textId="7181C62C" w:rsidR="00411B77" w:rsidRPr="00411B77" w:rsidRDefault="004E4E5A" w:rsidP="00411B77">
      <w:r w:rsidRPr="004E4E5A">
        <w:t xml:space="preserve">Use this table to capture immediate action items </w:t>
      </w:r>
      <w:r w:rsidR="00917BE5">
        <w:t xml:space="preserve">that will follow </w:t>
      </w:r>
      <w:r w:rsidR="00775EC4">
        <w:t>acceptance of this application</w:t>
      </w:r>
      <w:r w:rsidRPr="004E4E5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6237C" w:rsidRPr="00C279E6" w14:paraId="4A4F6539" w14:textId="77777777" w:rsidTr="001E2E52">
        <w:tc>
          <w:tcPr>
            <w:tcW w:w="3116" w:type="dxa"/>
            <w:shd w:val="clear" w:color="auto" w:fill="0077C8"/>
          </w:tcPr>
          <w:p w14:paraId="40B3A051" w14:textId="1953B8D5" w:rsidR="00E6237C" w:rsidRPr="00C279E6" w:rsidRDefault="001148C3" w:rsidP="001E2E52">
            <w:pPr>
              <w:rPr>
                <w:b/>
                <w:bCs/>
                <w:color w:val="FFB600"/>
              </w:rPr>
            </w:pPr>
            <w:r>
              <w:rPr>
                <w:b/>
                <w:bCs/>
                <w:color w:val="FFB600"/>
              </w:rPr>
              <w:t>Action Item</w:t>
            </w:r>
          </w:p>
        </w:tc>
        <w:tc>
          <w:tcPr>
            <w:tcW w:w="3117" w:type="dxa"/>
            <w:shd w:val="clear" w:color="auto" w:fill="0077C8"/>
          </w:tcPr>
          <w:p w14:paraId="461A08BC" w14:textId="63FE0E43" w:rsidR="00E6237C" w:rsidRPr="00C279E6" w:rsidRDefault="001148C3" w:rsidP="001E2E52">
            <w:pPr>
              <w:rPr>
                <w:b/>
                <w:bCs/>
                <w:color w:val="FFB600"/>
              </w:rPr>
            </w:pPr>
            <w:r>
              <w:rPr>
                <w:b/>
                <w:bCs/>
                <w:color w:val="FFB600"/>
              </w:rPr>
              <w:t>Owner</w:t>
            </w:r>
          </w:p>
        </w:tc>
        <w:tc>
          <w:tcPr>
            <w:tcW w:w="3117" w:type="dxa"/>
            <w:shd w:val="clear" w:color="auto" w:fill="0077C8"/>
          </w:tcPr>
          <w:p w14:paraId="6FCDEECF" w14:textId="3771FC98" w:rsidR="00E6237C" w:rsidRPr="00C279E6" w:rsidRDefault="00E17247" w:rsidP="001E2E52">
            <w:pPr>
              <w:rPr>
                <w:b/>
                <w:bCs/>
                <w:color w:val="FFB600"/>
              </w:rPr>
            </w:pPr>
            <w:r>
              <w:rPr>
                <w:b/>
                <w:bCs/>
                <w:color w:val="FFB600"/>
              </w:rPr>
              <w:t>Due By</w:t>
            </w:r>
          </w:p>
        </w:tc>
      </w:tr>
      <w:tr w:rsidR="00E6237C" w14:paraId="6791C9D7" w14:textId="77777777" w:rsidTr="001E2E52">
        <w:tc>
          <w:tcPr>
            <w:tcW w:w="3116" w:type="dxa"/>
          </w:tcPr>
          <w:p w14:paraId="62EB1672" w14:textId="4E3DC117" w:rsidR="00E6237C" w:rsidRDefault="00E6237C" w:rsidP="001E2E52"/>
        </w:tc>
        <w:tc>
          <w:tcPr>
            <w:tcW w:w="3117" w:type="dxa"/>
          </w:tcPr>
          <w:p w14:paraId="6FC8EBFA" w14:textId="7F1470F1" w:rsidR="00E6237C" w:rsidRDefault="00E6237C" w:rsidP="001E2E52"/>
        </w:tc>
        <w:tc>
          <w:tcPr>
            <w:tcW w:w="3117" w:type="dxa"/>
          </w:tcPr>
          <w:p w14:paraId="0A11CA7D" w14:textId="1A9C73D5" w:rsidR="00E6237C" w:rsidRDefault="00E6237C" w:rsidP="001E2E52"/>
        </w:tc>
      </w:tr>
      <w:tr w:rsidR="00E6237C" w14:paraId="403C1856" w14:textId="77777777" w:rsidTr="001E2E52">
        <w:tc>
          <w:tcPr>
            <w:tcW w:w="3116" w:type="dxa"/>
          </w:tcPr>
          <w:p w14:paraId="5EF9324B" w14:textId="775FE9E1" w:rsidR="00E6237C" w:rsidRDefault="00E6237C" w:rsidP="001E2E52"/>
        </w:tc>
        <w:tc>
          <w:tcPr>
            <w:tcW w:w="3117" w:type="dxa"/>
          </w:tcPr>
          <w:p w14:paraId="190B4462" w14:textId="60CB6EA0" w:rsidR="00E6237C" w:rsidRDefault="00E6237C" w:rsidP="001E2E52"/>
        </w:tc>
        <w:tc>
          <w:tcPr>
            <w:tcW w:w="3117" w:type="dxa"/>
          </w:tcPr>
          <w:p w14:paraId="604B34F9" w14:textId="32256CCB" w:rsidR="00E6237C" w:rsidRDefault="00E6237C" w:rsidP="001E2E52"/>
        </w:tc>
      </w:tr>
      <w:tr w:rsidR="00E6237C" w14:paraId="42CD4A57" w14:textId="77777777" w:rsidTr="001E2E52">
        <w:tc>
          <w:tcPr>
            <w:tcW w:w="3116" w:type="dxa"/>
          </w:tcPr>
          <w:p w14:paraId="5C7E79F3" w14:textId="08679BCE" w:rsidR="00E6237C" w:rsidRDefault="00E6237C" w:rsidP="001E2E52"/>
        </w:tc>
        <w:tc>
          <w:tcPr>
            <w:tcW w:w="3117" w:type="dxa"/>
          </w:tcPr>
          <w:p w14:paraId="7B194FE4" w14:textId="4B9AB03B" w:rsidR="00E6237C" w:rsidRDefault="00E6237C" w:rsidP="001E2E52"/>
        </w:tc>
        <w:tc>
          <w:tcPr>
            <w:tcW w:w="3117" w:type="dxa"/>
          </w:tcPr>
          <w:p w14:paraId="151ADE42" w14:textId="359C634F" w:rsidR="00E6237C" w:rsidRDefault="00E6237C" w:rsidP="001E2E52"/>
        </w:tc>
      </w:tr>
    </w:tbl>
    <w:p w14:paraId="04D6A80C" w14:textId="400E22FF" w:rsidR="003178FF" w:rsidRDefault="00A0187E" w:rsidP="009771E2">
      <w:pPr>
        <w:pStyle w:val="Heading1"/>
      </w:pPr>
      <w:r w:rsidRPr="00365E99">
        <w:rPr>
          <w:noProof/>
        </w:rPr>
        <w:lastRenderedPageBreak/>
        <w:drawing>
          <wp:inline distT="0" distB="0" distL="0" distR="0" wp14:anchorId="796160CF" wp14:editId="27CBCCAD">
            <wp:extent cx="5938838" cy="102417"/>
            <wp:effectExtent l="0" t="0" r="0" b="0"/>
            <wp:docPr id="1665016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61174" name="Picture 6785611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43607" cy="13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4FED0" w14:textId="39F98224" w:rsidR="009771E2" w:rsidRDefault="009771E2" w:rsidP="009771E2">
      <w:pPr>
        <w:pStyle w:val="Heading1"/>
      </w:pPr>
      <w:r>
        <w:t>Additional Information</w:t>
      </w:r>
    </w:p>
    <w:p w14:paraId="1B6032A2" w14:textId="67F22F06" w:rsidR="009771E2" w:rsidRPr="009771E2" w:rsidRDefault="009771E2" w:rsidP="009771E2">
      <w:r>
        <w:t xml:space="preserve">Becoming a Grove Keeper means you will represent us as a leader, member, and advocate. </w:t>
      </w:r>
      <w:r w:rsidR="00F50D10">
        <w:t xml:space="preserve">Below you will find a description of our core values as well as our commitment to you, </w:t>
      </w:r>
      <w:r w:rsidR="00FA2B0C">
        <w:t xml:space="preserve">and other opportunities for anybody that becomes a member of Exist </w:t>
      </w:r>
      <w:proofErr w:type="gramStart"/>
      <w:r w:rsidR="00FA2B0C">
        <w:t>With</w:t>
      </w:r>
      <w:proofErr w:type="gramEnd"/>
      <w:r w:rsidR="00FA2B0C">
        <w:t xml:space="preserve"> Initiative.</w:t>
      </w:r>
    </w:p>
    <w:p w14:paraId="1369A5F9" w14:textId="642ED23C" w:rsidR="009771E2" w:rsidRPr="009771E2" w:rsidRDefault="009771E2" w:rsidP="004A73D6">
      <w:pPr>
        <w:pStyle w:val="Heading2"/>
        <w:numPr>
          <w:ilvl w:val="0"/>
          <w:numId w:val="31"/>
        </w:numPr>
      </w:pPr>
      <w:r>
        <w:t>Our Values</w:t>
      </w:r>
    </w:p>
    <w:p w14:paraId="2ADC63A2" w14:textId="4DE8E63B" w:rsidR="001138E5" w:rsidRPr="00365E99" w:rsidRDefault="001138E5" w:rsidP="00FA2B0C">
      <w:pPr>
        <w:ind w:left="360"/>
      </w:pPr>
      <w:r w:rsidRPr="00FA2B0C">
        <w:rPr>
          <w:u w:val="single"/>
        </w:rPr>
        <w:t>Respect</w:t>
      </w:r>
      <w:r w:rsidRPr="00365E99">
        <w:t xml:space="preserve"> – All lives deserve to be treated equally, regardless of how different</w:t>
      </w:r>
      <w:r>
        <w:t xml:space="preserve"> our</w:t>
      </w:r>
      <w:r w:rsidRPr="00365E99">
        <w:t xml:space="preserve"> experiences are.</w:t>
      </w:r>
    </w:p>
    <w:p w14:paraId="63E71969" w14:textId="77777777" w:rsidR="001138E5" w:rsidRPr="00365E99" w:rsidRDefault="001138E5" w:rsidP="00FA2B0C">
      <w:pPr>
        <w:ind w:left="360"/>
      </w:pPr>
      <w:r w:rsidRPr="00FA2B0C">
        <w:rPr>
          <w:u w:val="single"/>
        </w:rPr>
        <w:t>Compassion</w:t>
      </w:r>
      <w:r w:rsidRPr="00365E99">
        <w:t xml:space="preserve"> - Nobody is wrong on purpose. We’re all working with infinitely different experiences.</w:t>
      </w:r>
    </w:p>
    <w:p w14:paraId="33C6D000" w14:textId="77777777" w:rsidR="001138E5" w:rsidRPr="00365E99" w:rsidRDefault="001138E5" w:rsidP="00FA2B0C">
      <w:pPr>
        <w:ind w:left="360"/>
      </w:pPr>
      <w:r w:rsidRPr="00FA2B0C">
        <w:rPr>
          <w:u w:val="single"/>
        </w:rPr>
        <w:t>Humility</w:t>
      </w:r>
      <w:r w:rsidRPr="00365E99">
        <w:t xml:space="preserve"> - Everybody knows something that we don’t, and there is always something that we can learn.</w:t>
      </w:r>
    </w:p>
    <w:p w14:paraId="6D265754" w14:textId="77777777" w:rsidR="001138E5" w:rsidRPr="00365E99" w:rsidRDefault="001138E5" w:rsidP="00FA2B0C">
      <w:pPr>
        <w:ind w:left="360"/>
      </w:pPr>
      <w:r w:rsidRPr="00FA2B0C">
        <w:rPr>
          <w:u w:val="single"/>
        </w:rPr>
        <w:t>Growth</w:t>
      </w:r>
      <w:r w:rsidRPr="00365E99">
        <w:t xml:space="preserve"> - As we strive to get better, everything around us gets better too.</w:t>
      </w:r>
    </w:p>
    <w:p w14:paraId="72F12EB8" w14:textId="77777777" w:rsidR="001138E5" w:rsidRPr="00365E99" w:rsidRDefault="001138E5" w:rsidP="00FA2B0C">
      <w:pPr>
        <w:ind w:left="360"/>
      </w:pPr>
      <w:r w:rsidRPr="00FA2B0C">
        <w:rPr>
          <w:u w:val="single"/>
        </w:rPr>
        <w:t>Passion</w:t>
      </w:r>
      <w:r w:rsidRPr="00365E99">
        <w:t xml:space="preserve"> - Existing is a privilege, and the world rewards acting on inspiration.</w:t>
      </w:r>
    </w:p>
    <w:p w14:paraId="299A36C4" w14:textId="77777777" w:rsidR="001138E5" w:rsidRPr="00365E99" w:rsidRDefault="001138E5" w:rsidP="00FA2B0C">
      <w:pPr>
        <w:ind w:left="360"/>
      </w:pPr>
      <w:r w:rsidRPr="00FA2B0C">
        <w:rPr>
          <w:u w:val="single"/>
        </w:rPr>
        <w:t>Gratitude</w:t>
      </w:r>
      <w:r w:rsidRPr="00365E99">
        <w:t xml:space="preserve"> - Every moment has value, and every challenge is an opportunity to persevere. </w:t>
      </w:r>
    </w:p>
    <w:p w14:paraId="0CBAF727" w14:textId="77777777" w:rsidR="00A40AD3" w:rsidRPr="00365E99" w:rsidRDefault="00A40AD3" w:rsidP="004A73D6">
      <w:pPr>
        <w:pStyle w:val="Heading2"/>
      </w:pPr>
      <w:r w:rsidRPr="00365E99">
        <w:t>Our Commitment to You</w:t>
      </w:r>
    </w:p>
    <w:p w14:paraId="7BA84E0F" w14:textId="77777777" w:rsidR="00A40AD3" w:rsidRPr="00365E99" w:rsidRDefault="00A40AD3" w:rsidP="00606244">
      <w:pPr>
        <w:pStyle w:val="ListParagraph"/>
        <w:numPr>
          <w:ilvl w:val="0"/>
          <w:numId w:val="18"/>
        </w:numPr>
      </w:pPr>
      <w:r w:rsidRPr="00365E99">
        <w:t>Provide you with clear, timely information about our mission, activities, and finances.</w:t>
      </w:r>
    </w:p>
    <w:p w14:paraId="02C78CD0" w14:textId="77777777" w:rsidR="00A40AD3" w:rsidRPr="00365E99" w:rsidRDefault="00A40AD3" w:rsidP="00606244">
      <w:pPr>
        <w:pStyle w:val="ListParagraph"/>
        <w:numPr>
          <w:ilvl w:val="0"/>
          <w:numId w:val="18"/>
        </w:numPr>
      </w:pPr>
      <w:r w:rsidRPr="00365E99">
        <w:t xml:space="preserve">Offer opportunities for orientation, learning, and engagement. </w:t>
      </w:r>
    </w:p>
    <w:p w14:paraId="3C71C8AD" w14:textId="77777777" w:rsidR="00A40AD3" w:rsidRPr="00365E99" w:rsidRDefault="00A40AD3" w:rsidP="00606244">
      <w:pPr>
        <w:pStyle w:val="ListParagraph"/>
        <w:numPr>
          <w:ilvl w:val="0"/>
          <w:numId w:val="18"/>
        </w:numPr>
      </w:pPr>
      <w:r w:rsidRPr="00365E99">
        <w:t xml:space="preserve">Value and respect your time, perspective, and contribution. </w:t>
      </w:r>
    </w:p>
    <w:p w14:paraId="742C68C4" w14:textId="77777777" w:rsidR="00A40AD3" w:rsidRPr="00365E99" w:rsidRDefault="00A40AD3" w:rsidP="00606244">
      <w:pPr>
        <w:pStyle w:val="ListParagraph"/>
        <w:numPr>
          <w:ilvl w:val="0"/>
          <w:numId w:val="18"/>
        </w:numPr>
      </w:pPr>
      <w:r w:rsidRPr="00365E99">
        <w:t>Foster a culture of transparency, inclusion, and shared purpose.</w:t>
      </w:r>
    </w:p>
    <w:p w14:paraId="2344E295" w14:textId="77777777" w:rsidR="00975536" w:rsidRDefault="00975536" w:rsidP="004A73D6">
      <w:pPr>
        <w:pStyle w:val="Heading2"/>
      </w:pPr>
      <w:r w:rsidRPr="004A73D6">
        <w:t>Other</w:t>
      </w:r>
      <w:r>
        <w:t xml:space="preserve"> Opportunities</w:t>
      </w:r>
    </w:p>
    <w:p w14:paraId="37087F0D" w14:textId="77777777" w:rsidR="00DD3478" w:rsidRDefault="00DD3478" w:rsidP="00606244">
      <w:pPr>
        <w:pStyle w:val="ListParagraph"/>
        <w:numPr>
          <w:ilvl w:val="0"/>
          <w:numId w:val="26"/>
        </w:numPr>
      </w:pPr>
      <w:r>
        <w:t>Receive discounted tickets to EWI fundraising events</w:t>
      </w:r>
    </w:p>
    <w:p w14:paraId="5BFEE6A5" w14:textId="77777777" w:rsidR="00DD3478" w:rsidRDefault="00DD3478" w:rsidP="00606244">
      <w:pPr>
        <w:pStyle w:val="ListParagraph"/>
        <w:numPr>
          <w:ilvl w:val="0"/>
          <w:numId w:val="26"/>
        </w:numPr>
      </w:pPr>
      <w:r>
        <w:t xml:space="preserve">Opportunity to join EWI board of </w:t>
      </w:r>
      <w:proofErr w:type="gramStart"/>
      <w:r>
        <w:t>directors</w:t>
      </w:r>
      <w:proofErr w:type="gramEnd"/>
      <w:r>
        <w:t xml:space="preserve"> meetings</w:t>
      </w:r>
    </w:p>
    <w:p w14:paraId="5574F65B" w14:textId="5CE3285F" w:rsidR="00975536" w:rsidRPr="00975536" w:rsidRDefault="00DD3478" w:rsidP="00606244">
      <w:pPr>
        <w:pStyle w:val="ListParagraph"/>
        <w:numPr>
          <w:ilvl w:val="0"/>
          <w:numId w:val="26"/>
        </w:numPr>
      </w:pPr>
      <w:r>
        <w:t>Priority consideration for joining the EWI board of directors and board committees; formalizing passion groups; participating in other volunteer opportunities</w:t>
      </w:r>
    </w:p>
    <w:p w14:paraId="2D7898ED" w14:textId="5F837A85" w:rsidR="00070285" w:rsidRDefault="002E09F0" w:rsidP="00606244">
      <w:r w:rsidRPr="00365E99">
        <w:rPr>
          <w:noProof/>
        </w:rPr>
        <w:drawing>
          <wp:inline distT="0" distB="0" distL="0" distR="0" wp14:anchorId="520020F9" wp14:editId="69FDD66F">
            <wp:extent cx="5486400" cy="94615"/>
            <wp:effectExtent l="0" t="0" r="0" b="635"/>
            <wp:docPr id="33960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61174" name="Picture 6785611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5ED34" w14:textId="77777777" w:rsidR="00DA48A4" w:rsidRDefault="00DA48A4" w:rsidP="00606244"/>
    <w:p w14:paraId="1C6CB200" w14:textId="77777777" w:rsidR="00DA48A4" w:rsidRPr="00DA48A4" w:rsidRDefault="00DA48A4" w:rsidP="004A73D6">
      <w:pPr>
        <w:jc w:val="center"/>
      </w:pPr>
      <w:r w:rsidRPr="00DA48A4">
        <w:t>Passion drives us to do more than we must.</w:t>
      </w:r>
    </w:p>
    <w:p w14:paraId="10F5584F" w14:textId="77777777" w:rsidR="00DA48A4" w:rsidRPr="00DA48A4" w:rsidRDefault="00DA48A4" w:rsidP="004A73D6">
      <w:pPr>
        <w:jc w:val="center"/>
      </w:pPr>
      <w:r w:rsidRPr="00DA48A4">
        <w:t>Gratitude turns our moments into blessings.</w:t>
      </w:r>
    </w:p>
    <w:p w14:paraId="7ECCE40A" w14:textId="2F49998E" w:rsidR="00DA48A4" w:rsidRPr="00365E99" w:rsidRDefault="00DA48A4" w:rsidP="004A73D6">
      <w:pPr>
        <w:jc w:val="center"/>
      </w:pPr>
      <w:r w:rsidRPr="00DA48A4">
        <w:t>Growth is our reward for existing with initiative.</w:t>
      </w:r>
    </w:p>
    <w:sectPr w:rsidR="00DA48A4" w:rsidRPr="00365E99" w:rsidSect="0012194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A7303" w14:textId="77777777" w:rsidR="00F36439" w:rsidRDefault="00F36439" w:rsidP="00606244">
      <w:r>
        <w:separator/>
      </w:r>
    </w:p>
  </w:endnote>
  <w:endnote w:type="continuationSeparator" w:id="0">
    <w:p w14:paraId="28745EFF" w14:textId="77777777" w:rsidR="00F36439" w:rsidRDefault="00F36439" w:rsidP="0060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82B39" w14:textId="77777777" w:rsidR="00F36439" w:rsidRDefault="00F36439" w:rsidP="00606244">
      <w:r>
        <w:separator/>
      </w:r>
    </w:p>
  </w:footnote>
  <w:footnote w:type="continuationSeparator" w:id="0">
    <w:p w14:paraId="1D985FEA" w14:textId="77777777" w:rsidR="00F36439" w:rsidRDefault="00F36439" w:rsidP="00606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99BA2" w14:textId="6676A0BA" w:rsidR="00C024B4" w:rsidRPr="00735B5F" w:rsidRDefault="00D845BC" w:rsidP="00735B5F">
    <w:pPr>
      <w:rPr>
        <w:color w:val="0077C8"/>
      </w:rPr>
    </w:pPr>
    <w:r w:rsidRPr="00735B5F">
      <w:rPr>
        <w:color w:val="0077C8"/>
      </w:rPr>
      <w:t>Passion Group Application</w:t>
    </w:r>
    <w:r w:rsidR="00735B5F">
      <w:rPr>
        <w:color w:val="0077C8"/>
      </w:rPr>
      <w:tab/>
    </w:r>
    <w:r w:rsidR="00B45711" w:rsidRPr="00735B5F">
      <w:rPr>
        <w:color w:val="0077C8"/>
      </w:rPr>
      <w:t>||</w:t>
    </w:r>
    <w:r w:rsidR="00735B5F">
      <w:rPr>
        <w:color w:val="0077C8"/>
      </w:rPr>
      <w:tab/>
    </w:r>
    <w:r w:rsidR="00973D61" w:rsidRPr="00735B5F">
      <w:rPr>
        <w:color w:val="0077C8"/>
      </w:rPr>
      <w:t xml:space="preserve">Exist </w:t>
    </w:r>
    <w:proofErr w:type="gramStart"/>
    <w:r w:rsidR="00973D61" w:rsidRPr="00735B5F">
      <w:rPr>
        <w:color w:val="0077C8"/>
      </w:rPr>
      <w:t>With</w:t>
    </w:r>
    <w:proofErr w:type="gramEnd"/>
    <w:r w:rsidR="00973D61" w:rsidRPr="00735B5F">
      <w:rPr>
        <w:color w:val="0077C8"/>
      </w:rPr>
      <w:t xml:space="preserve"> Initiative</w:t>
    </w:r>
    <w:r w:rsidR="00B45711" w:rsidRPr="00735B5F">
      <w:rPr>
        <w:color w:val="0077C8"/>
      </w:rPr>
      <w:t xml:space="preserve"> – </w:t>
    </w:r>
    <w:r w:rsidR="00127D3B" w:rsidRPr="00735B5F">
      <w:rPr>
        <w:color w:val="0077C8"/>
      </w:rPr>
      <w:t>Plant your passion and watch it grow.</w:t>
    </w:r>
  </w:p>
  <w:p w14:paraId="35E92FC0" w14:textId="77777777" w:rsidR="007C65DE" w:rsidRDefault="007C65DE" w:rsidP="006062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F27A0A"/>
    <w:multiLevelType w:val="hybridMultilevel"/>
    <w:tmpl w:val="3746C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6432C"/>
    <w:multiLevelType w:val="hybridMultilevel"/>
    <w:tmpl w:val="6332F690"/>
    <w:lvl w:ilvl="0" w:tplc="BEF44B04">
      <w:start w:val="1"/>
      <w:numFmt w:val="upperRoman"/>
      <w:pStyle w:val="Heading2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A1EC5"/>
    <w:multiLevelType w:val="multilevel"/>
    <w:tmpl w:val="20DE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4A19CA"/>
    <w:multiLevelType w:val="hybridMultilevel"/>
    <w:tmpl w:val="DB44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840E5"/>
    <w:multiLevelType w:val="hybridMultilevel"/>
    <w:tmpl w:val="CF7205B2"/>
    <w:lvl w:ilvl="0" w:tplc="1A382A3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F2B4B"/>
    <w:multiLevelType w:val="multilevel"/>
    <w:tmpl w:val="048E29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4A56295"/>
    <w:multiLevelType w:val="hybridMultilevel"/>
    <w:tmpl w:val="86E6A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01044"/>
    <w:multiLevelType w:val="hybridMultilevel"/>
    <w:tmpl w:val="615E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E72A1"/>
    <w:multiLevelType w:val="hybridMultilevel"/>
    <w:tmpl w:val="A1E0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20421"/>
    <w:multiLevelType w:val="multilevel"/>
    <w:tmpl w:val="20DE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F22FE1"/>
    <w:multiLevelType w:val="hybridMultilevel"/>
    <w:tmpl w:val="EB4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0D8D"/>
    <w:multiLevelType w:val="hybridMultilevel"/>
    <w:tmpl w:val="F89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32643"/>
    <w:multiLevelType w:val="hybridMultilevel"/>
    <w:tmpl w:val="09E4F0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60084"/>
    <w:multiLevelType w:val="hybridMultilevel"/>
    <w:tmpl w:val="D8C6C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4451D"/>
    <w:multiLevelType w:val="multilevel"/>
    <w:tmpl w:val="8AF0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380EF0"/>
    <w:multiLevelType w:val="hybridMultilevel"/>
    <w:tmpl w:val="8104E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978E0"/>
    <w:multiLevelType w:val="hybridMultilevel"/>
    <w:tmpl w:val="09E4F0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E352B"/>
    <w:multiLevelType w:val="hybridMultilevel"/>
    <w:tmpl w:val="F740D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1079AA"/>
    <w:multiLevelType w:val="hybridMultilevel"/>
    <w:tmpl w:val="09E4F02E"/>
    <w:lvl w:ilvl="0" w:tplc="E3FCD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462691">
    <w:abstractNumId w:val="8"/>
  </w:num>
  <w:num w:numId="2" w16cid:durableId="58333062">
    <w:abstractNumId w:val="6"/>
  </w:num>
  <w:num w:numId="3" w16cid:durableId="1360542070">
    <w:abstractNumId w:val="5"/>
  </w:num>
  <w:num w:numId="4" w16cid:durableId="998728761">
    <w:abstractNumId w:val="4"/>
  </w:num>
  <w:num w:numId="5" w16cid:durableId="1649017812">
    <w:abstractNumId w:val="7"/>
  </w:num>
  <w:num w:numId="6" w16cid:durableId="783110886">
    <w:abstractNumId w:val="3"/>
  </w:num>
  <w:num w:numId="7" w16cid:durableId="318119002">
    <w:abstractNumId w:val="2"/>
  </w:num>
  <w:num w:numId="8" w16cid:durableId="1606185511">
    <w:abstractNumId w:val="1"/>
  </w:num>
  <w:num w:numId="9" w16cid:durableId="1878393172">
    <w:abstractNumId w:val="0"/>
  </w:num>
  <w:num w:numId="10" w16cid:durableId="806776024">
    <w:abstractNumId w:val="27"/>
  </w:num>
  <w:num w:numId="11" w16cid:durableId="668601951">
    <w:abstractNumId w:val="9"/>
  </w:num>
  <w:num w:numId="12" w16cid:durableId="1860849999">
    <w:abstractNumId w:val="13"/>
  </w:num>
  <w:num w:numId="13" w16cid:durableId="55204559">
    <w:abstractNumId w:val="12"/>
  </w:num>
  <w:num w:numId="14" w16cid:durableId="466699541">
    <w:abstractNumId w:val="24"/>
  </w:num>
  <w:num w:numId="15" w16cid:durableId="808597207">
    <w:abstractNumId w:val="11"/>
  </w:num>
  <w:num w:numId="16" w16cid:durableId="1743257857">
    <w:abstractNumId w:val="18"/>
  </w:num>
  <w:num w:numId="17" w16cid:durableId="1277055484">
    <w:abstractNumId w:val="23"/>
  </w:num>
  <w:num w:numId="18" w16cid:durableId="194930380">
    <w:abstractNumId w:val="20"/>
  </w:num>
  <w:num w:numId="19" w16cid:durableId="1916040581">
    <w:abstractNumId w:val="25"/>
  </w:num>
  <w:num w:numId="20" w16cid:durableId="1871332956">
    <w:abstractNumId w:val="26"/>
  </w:num>
  <w:num w:numId="21" w16cid:durableId="471794698">
    <w:abstractNumId w:val="15"/>
  </w:num>
  <w:num w:numId="22" w16cid:durableId="278218364">
    <w:abstractNumId w:val="19"/>
  </w:num>
  <w:num w:numId="23" w16cid:durableId="266425714">
    <w:abstractNumId w:val="16"/>
  </w:num>
  <w:num w:numId="24" w16cid:durableId="371687232">
    <w:abstractNumId w:val="21"/>
  </w:num>
  <w:num w:numId="25" w16cid:durableId="1499268458">
    <w:abstractNumId w:val="22"/>
  </w:num>
  <w:num w:numId="26" w16cid:durableId="514657845">
    <w:abstractNumId w:val="17"/>
  </w:num>
  <w:num w:numId="27" w16cid:durableId="2043051426">
    <w:abstractNumId w:val="14"/>
  </w:num>
  <w:num w:numId="28" w16cid:durableId="50662273">
    <w:abstractNumId w:val="10"/>
  </w:num>
  <w:num w:numId="29" w16cid:durableId="2118983083">
    <w:abstractNumId w:val="10"/>
    <w:lvlOverride w:ilvl="0">
      <w:startOverride w:val="1"/>
    </w:lvlOverride>
  </w:num>
  <w:num w:numId="30" w16cid:durableId="183520306">
    <w:abstractNumId w:val="10"/>
    <w:lvlOverride w:ilvl="0">
      <w:startOverride w:val="1"/>
    </w:lvlOverride>
  </w:num>
  <w:num w:numId="31" w16cid:durableId="2093701265">
    <w:abstractNumId w:val="10"/>
    <w:lvlOverride w:ilvl="0">
      <w:startOverride w:val="1"/>
    </w:lvlOverride>
  </w:num>
  <w:num w:numId="32" w16cid:durableId="160778765">
    <w:abstractNumId w:val="10"/>
    <w:lvlOverride w:ilvl="0">
      <w:startOverride w:val="1"/>
    </w:lvlOverride>
  </w:num>
  <w:num w:numId="33" w16cid:durableId="215168227">
    <w:abstractNumId w:val="10"/>
    <w:lvlOverride w:ilvl="0">
      <w:startOverride w:val="1"/>
    </w:lvlOverride>
  </w:num>
  <w:num w:numId="34" w16cid:durableId="202467125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2"/>
    <w:rsid w:val="00034616"/>
    <w:rsid w:val="000365B5"/>
    <w:rsid w:val="0004022C"/>
    <w:rsid w:val="00041DC2"/>
    <w:rsid w:val="0006063C"/>
    <w:rsid w:val="00060961"/>
    <w:rsid w:val="00064A6A"/>
    <w:rsid w:val="00070239"/>
    <w:rsid w:val="00070285"/>
    <w:rsid w:val="0007176B"/>
    <w:rsid w:val="000763EA"/>
    <w:rsid w:val="00094FBA"/>
    <w:rsid w:val="000A717D"/>
    <w:rsid w:val="000B010A"/>
    <w:rsid w:val="000B5529"/>
    <w:rsid w:val="000C4989"/>
    <w:rsid w:val="000D239B"/>
    <w:rsid w:val="000D3165"/>
    <w:rsid w:val="000E60AA"/>
    <w:rsid w:val="000E6EA6"/>
    <w:rsid w:val="000E7E2E"/>
    <w:rsid w:val="000F17EF"/>
    <w:rsid w:val="000F1D5B"/>
    <w:rsid w:val="000F5857"/>
    <w:rsid w:val="0010461E"/>
    <w:rsid w:val="00105A70"/>
    <w:rsid w:val="00105F99"/>
    <w:rsid w:val="00107B5F"/>
    <w:rsid w:val="00113789"/>
    <w:rsid w:val="001138E5"/>
    <w:rsid w:val="001148C3"/>
    <w:rsid w:val="00114A63"/>
    <w:rsid w:val="00116C8E"/>
    <w:rsid w:val="001171FE"/>
    <w:rsid w:val="0012194C"/>
    <w:rsid w:val="00127C5F"/>
    <w:rsid w:val="00127D3B"/>
    <w:rsid w:val="00132A19"/>
    <w:rsid w:val="0013314F"/>
    <w:rsid w:val="00135C48"/>
    <w:rsid w:val="00141819"/>
    <w:rsid w:val="00144E06"/>
    <w:rsid w:val="00146F89"/>
    <w:rsid w:val="0015074B"/>
    <w:rsid w:val="0015175C"/>
    <w:rsid w:val="001568FA"/>
    <w:rsid w:val="0016515E"/>
    <w:rsid w:val="0017410C"/>
    <w:rsid w:val="001753DD"/>
    <w:rsid w:val="001769C2"/>
    <w:rsid w:val="00177C9B"/>
    <w:rsid w:val="00177FDA"/>
    <w:rsid w:val="00184118"/>
    <w:rsid w:val="00184125"/>
    <w:rsid w:val="00184774"/>
    <w:rsid w:val="00186F32"/>
    <w:rsid w:val="00187271"/>
    <w:rsid w:val="00190381"/>
    <w:rsid w:val="001926A7"/>
    <w:rsid w:val="001971BA"/>
    <w:rsid w:val="001A6FAB"/>
    <w:rsid w:val="001A7530"/>
    <w:rsid w:val="001B053F"/>
    <w:rsid w:val="001B3F4B"/>
    <w:rsid w:val="001D6E56"/>
    <w:rsid w:val="001F00BA"/>
    <w:rsid w:val="001F0B0C"/>
    <w:rsid w:val="001F5419"/>
    <w:rsid w:val="001F6081"/>
    <w:rsid w:val="001F6D34"/>
    <w:rsid w:val="002022D9"/>
    <w:rsid w:val="002038D8"/>
    <w:rsid w:val="00206ECE"/>
    <w:rsid w:val="0022010F"/>
    <w:rsid w:val="002235C6"/>
    <w:rsid w:val="00230448"/>
    <w:rsid w:val="00230C58"/>
    <w:rsid w:val="00230F61"/>
    <w:rsid w:val="00234789"/>
    <w:rsid w:val="00236CE3"/>
    <w:rsid w:val="00237F4F"/>
    <w:rsid w:val="002619BB"/>
    <w:rsid w:val="00264F70"/>
    <w:rsid w:val="002679C0"/>
    <w:rsid w:val="00280060"/>
    <w:rsid w:val="00285800"/>
    <w:rsid w:val="0029639D"/>
    <w:rsid w:val="002A6E66"/>
    <w:rsid w:val="002B0759"/>
    <w:rsid w:val="002B2085"/>
    <w:rsid w:val="002B2365"/>
    <w:rsid w:val="002C4738"/>
    <w:rsid w:val="002E09F0"/>
    <w:rsid w:val="002E1A91"/>
    <w:rsid w:val="002E2B17"/>
    <w:rsid w:val="002F5ED6"/>
    <w:rsid w:val="00304BC6"/>
    <w:rsid w:val="00315372"/>
    <w:rsid w:val="003178FF"/>
    <w:rsid w:val="003262E2"/>
    <w:rsid w:val="00326F90"/>
    <w:rsid w:val="00333F0A"/>
    <w:rsid w:val="00334F82"/>
    <w:rsid w:val="00337D36"/>
    <w:rsid w:val="00342019"/>
    <w:rsid w:val="00353F26"/>
    <w:rsid w:val="00365E99"/>
    <w:rsid w:val="003675BF"/>
    <w:rsid w:val="00371C1D"/>
    <w:rsid w:val="00374874"/>
    <w:rsid w:val="0037729E"/>
    <w:rsid w:val="00395D84"/>
    <w:rsid w:val="003A0836"/>
    <w:rsid w:val="003A30A7"/>
    <w:rsid w:val="003A4FB2"/>
    <w:rsid w:val="003A54D9"/>
    <w:rsid w:val="003B24D5"/>
    <w:rsid w:val="003B7790"/>
    <w:rsid w:val="003C5E26"/>
    <w:rsid w:val="003C6C2C"/>
    <w:rsid w:val="003D0CBC"/>
    <w:rsid w:val="003D1992"/>
    <w:rsid w:val="003E6E7B"/>
    <w:rsid w:val="003F50AD"/>
    <w:rsid w:val="00411B77"/>
    <w:rsid w:val="004249D4"/>
    <w:rsid w:val="00426CDC"/>
    <w:rsid w:val="004317C0"/>
    <w:rsid w:val="00445386"/>
    <w:rsid w:val="00445AE6"/>
    <w:rsid w:val="00450B6A"/>
    <w:rsid w:val="00474E62"/>
    <w:rsid w:val="00480461"/>
    <w:rsid w:val="00484B84"/>
    <w:rsid w:val="004863A0"/>
    <w:rsid w:val="004867CC"/>
    <w:rsid w:val="0049247A"/>
    <w:rsid w:val="00494479"/>
    <w:rsid w:val="004A3963"/>
    <w:rsid w:val="004A3F93"/>
    <w:rsid w:val="004A73D6"/>
    <w:rsid w:val="004B1BE3"/>
    <w:rsid w:val="004B2E3D"/>
    <w:rsid w:val="004C1DFE"/>
    <w:rsid w:val="004C72D3"/>
    <w:rsid w:val="004D42B2"/>
    <w:rsid w:val="004E02F3"/>
    <w:rsid w:val="004E12AD"/>
    <w:rsid w:val="004E2F97"/>
    <w:rsid w:val="004E4E5A"/>
    <w:rsid w:val="004F1BFC"/>
    <w:rsid w:val="00504B11"/>
    <w:rsid w:val="00507855"/>
    <w:rsid w:val="00516BDB"/>
    <w:rsid w:val="00521ADB"/>
    <w:rsid w:val="00523BCF"/>
    <w:rsid w:val="005301E6"/>
    <w:rsid w:val="005312C9"/>
    <w:rsid w:val="0053216C"/>
    <w:rsid w:val="0054416A"/>
    <w:rsid w:val="0055286B"/>
    <w:rsid w:val="005549C8"/>
    <w:rsid w:val="00561E09"/>
    <w:rsid w:val="005654B9"/>
    <w:rsid w:val="005657B0"/>
    <w:rsid w:val="005659F5"/>
    <w:rsid w:val="005706BE"/>
    <w:rsid w:val="00576977"/>
    <w:rsid w:val="005861FE"/>
    <w:rsid w:val="005863E3"/>
    <w:rsid w:val="005A6D64"/>
    <w:rsid w:val="005C490F"/>
    <w:rsid w:val="005D42C4"/>
    <w:rsid w:val="005D6F24"/>
    <w:rsid w:val="005F07E3"/>
    <w:rsid w:val="006020F5"/>
    <w:rsid w:val="00606244"/>
    <w:rsid w:val="0062018D"/>
    <w:rsid w:val="0062178E"/>
    <w:rsid w:val="00627CFB"/>
    <w:rsid w:val="0064409D"/>
    <w:rsid w:val="006457FE"/>
    <w:rsid w:val="006462B0"/>
    <w:rsid w:val="0066734E"/>
    <w:rsid w:val="00674709"/>
    <w:rsid w:val="00686450"/>
    <w:rsid w:val="006921D9"/>
    <w:rsid w:val="006960D6"/>
    <w:rsid w:val="00696148"/>
    <w:rsid w:val="006B3EB3"/>
    <w:rsid w:val="006B54C0"/>
    <w:rsid w:val="006C2058"/>
    <w:rsid w:val="006C73E7"/>
    <w:rsid w:val="006E0444"/>
    <w:rsid w:val="006E1235"/>
    <w:rsid w:val="006E2440"/>
    <w:rsid w:val="006E2789"/>
    <w:rsid w:val="006E27C2"/>
    <w:rsid w:val="006E7196"/>
    <w:rsid w:val="006F00A1"/>
    <w:rsid w:val="00700F0F"/>
    <w:rsid w:val="00711118"/>
    <w:rsid w:val="00713C13"/>
    <w:rsid w:val="00730281"/>
    <w:rsid w:val="00733C0F"/>
    <w:rsid w:val="00733C25"/>
    <w:rsid w:val="00735B5F"/>
    <w:rsid w:val="00736AD1"/>
    <w:rsid w:val="0074077F"/>
    <w:rsid w:val="0076500C"/>
    <w:rsid w:val="007669EE"/>
    <w:rsid w:val="00775EC4"/>
    <w:rsid w:val="00781C36"/>
    <w:rsid w:val="00785972"/>
    <w:rsid w:val="007866E6"/>
    <w:rsid w:val="00795E95"/>
    <w:rsid w:val="00796D4C"/>
    <w:rsid w:val="007973B4"/>
    <w:rsid w:val="007A39E9"/>
    <w:rsid w:val="007A5838"/>
    <w:rsid w:val="007A75EC"/>
    <w:rsid w:val="007B0D36"/>
    <w:rsid w:val="007B4E55"/>
    <w:rsid w:val="007B54A7"/>
    <w:rsid w:val="007C65DE"/>
    <w:rsid w:val="007C6BD4"/>
    <w:rsid w:val="007E30DE"/>
    <w:rsid w:val="007F6377"/>
    <w:rsid w:val="00801A2D"/>
    <w:rsid w:val="00813009"/>
    <w:rsid w:val="008223BF"/>
    <w:rsid w:val="00824282"/>
    <w:rsid w:val="008300BB"/>
    <w:rsid w:val="008343E8"/>
    <w:rsid w:val="00855117"/>
    <w:rsid w:val="00855AD0"/>
    <w:rsid w:val="0087085A"/>
    <w:rsid w:val="008766C6"/>
    <w:rsid w:val="00877D49"/>
    <w:rsid w:val="00880B3B"/>
    <w:rsid w:val="00880D7D"/>
    <w:rsid w:val="00886D4D"/>
    <w:rsid w:val="0088701E"/>
    <w:rsid w:val="00887303"/>
    <w:rsid w:val="008B784B"/>
    <w:rsid w:val="008C3E32"/>
    <w:rsid w:val="008C58D3"/>
    <w:rsid w:val="008D5BC8"/>
    <w:rsid w:val="008E6852"/>
    <w:rsid w:val="008F118F"/>
    <w:rsid w:val="009131AC"/>
    <w:rsid w:val="00917BE5"/>
    <w:rsid w:val="00921070"/>
    <w:rsid w:val="00922852"/>
    <w:rsid w:val="00922B0B"/>
    <w:rsid w:val="00925B6F"/>
    <w:rsid w:val="00927F2D"/>
    <w:rsid w:val="00944928"/>
    <w:rsid w:val="009501D7"/>
    <w:rsid w:val="00960E0C"/>
    <w:rsid w:val="00973D61"/>
    <w:rsid w:val="00975536"/>
    <w:rsid w:val="00975ACE"/>
    <w:rsid w:val="009771E2"/>
    <w:rsid w:val="00995FC0"/>
    <w:rsid w:val="009A4380"/>
    <w:rsid w:val="009A7486"/>
    <w:rsid w:val="009B00AB"/>
    <w:rsid w:val="009C10CA"/>
    <w:rsid w:val="009C3490"/>
    <w:rsid w:val="009E5F26"/>
    <w:rsid w:val="009F258B"/>
    <w:rsid w:val="009F2B13"/>
    <w:rsid w:val="00A0187E"/>
    <w:rsid w:val="00A073FD"/>
    <w:rsid w:val="00A15ECB"/>
    <w:rsid w:val="00A1648C"/>
    <w:rsid w:val="00A24102"/>
    <w:rsid w:val="00A32F39"/>
    <w:rsid w:val="00A40AD3"/>
    <w:rsid w:val="00A546B3"/>
    <w:rsid w:val="00A57700"/>
    <w:rsid w:val="00A6369F"/>
    <w:rsid w:val="00A76618"/>
    <w:rsid w:val="00A836B8"/>
    <w:rsid w:val="00A861CB"/>
    <w:rsid w:val="00A902A0"/>
    <w:rsid w:val="00A92EB6"/>
    <w:rsid w:val="00A9579A"/>
    <w:rsid w:val="00A97B19"/>
    <w:rsid w:val="00AA1D8D"/>
    <w:rsid w:val="00AB0F13"/>
    <w:rsid w:val="00AB220A"/>
    <w:rsid w:val="00AC0FBA"/>
    <w:rsid w:val="00AC11BB"/>
    <w:rsid w:val="00AC5644"/>
    <w:rsid w:val="00AC6D85"/>
    <w:rsid w:val="00AD10EC"/>
    <w:rsid w:val="00AD2D9F"/>
    <w:rsid w:val="00AE2865"/>
    <w:rsid w:val="00AE48D5"/>
    <w:rsid w:val="00AE6FB1"/>
    <w:rsid w:val="00AF5CF0"/>
    <w:rsid w:val="00AF73FA"/>
    <w:rsid w:val="00B01311"/>
    <w:rsid w:val="00B03F4A"/>
    <w:rsid w:val="00B05A65"/>
    <w:rsid w:val="00B0711C"/>
    <w:rsid w:val="00B158AD"/>
    <w:rsid w:val="00B24ADB"/>
    <w:rsid w:val="00B26DD2"/>
    <w:rsid w:val="00B27D3C"/>
    <w:rsid w:val="00B328F9"/>
    <w:rsid w:val="00B45711"/>
    <w:rsid w:val="00B47730"/>
    <w:rsid w:val="00B62309"/>
    <w:rsid w:val="00B82C04"/>
    <w:rsid w:val="00B84E5D"/>
    <w:rsid w:val="00B86ECC"/>
    <w:rsid w:val="00BA2EC8"/>
    <w:rsid w:val="00BC05AC"/>
    <w:rsid w:val="00BC154E"/>
    <w:rsid w:val="00BD0503"/>
    <w:rsid w:val="00BE2C44"/>
    <w:rsid w:val="00BE340D"/>
    <w:rsid w:val="00BE3ABD"/>
    <w:rsid w:val="00BE66A1"/>
    <w:rsid w:val="00BE75B7"/>
    <w:rsid w:val="00BF5AA7"/>
    <w:rsid w:val="00C024B4"/>
    <w:rsid w:val="00C0431E"/>
    <w:rsid w:val="00C061AF"/>
    <w:rsid w:val="00C13946"/>
    <w:rsid w:val="00C20C52"/>
    <w:rsid w:val="00C279E6"/>
    <w:rsid w:val="00C32844"/>
    <w:rsid w:val="00C40E24"/>
    <w:rsid w:val="00C51694"/>
    <w:rsid w:val="00C630D1"/>
    <w:rsid w:val="00C702F5"/>
    <w:rsid w:val="00C81138"/>
    <w:rsid w:val="00C875E9"/>
    <w:rsid w:val="00C9125C"/>
    <w:rsid w:val="00C922D0"/>
    <w:rsid w:val="00CA4057"/>
    <w:rsid w:val="00CA47C7"/>
    <w:rsid w:val="00CA5638"/>
    <w:rsid w:val="00CB0664"/>
    <w:rsid w:val="00CC05CB"/>
    <w:rsid w:val="00CC07DE"/>
    <w:rsid w:val="00CC07EA"/>
    <w:rsid w:val="00CC75F0"/>
    <w:rsid w:val="00CD3013"/>
    <w:rsid w:val="00CE0BA5"/>
    <w:rsid w:val="00CE0F76"/>
    <w:rsid w:val="00D0143D"/>
    <w:rsid w:val="00D04A97"/>
    <w:rsid w:val="00D07A5C"/>
    <w:rsid w:val="00D10710"/>
    <w:rsid w:val="00D1074B"/>
    <w:rsid w:val="00D13489"/>
    <w:rsid w:val="00D15C8D"/>
    <w:rsid w:val="00D16D6D"/>
    <w:rsid w:val="00D36BA2"/>
    <w:rsid w:val="00D407AC"/>
    <w:rsid w:val="00D4504C"/>
    <w:rsid w:val="00D4607D"/>
    <w:rsid w:val="00D63FFC"/>
    <w:rsid w:val="00D66AB5"/>
    <w:rsid w:val="00D725DB"/>
    <w:rsid w:val="00D745C0"/>
    <w:rsid w:val="00D77665"/>
    <w:rsid w:val="00D845BC"/>
    <w:rsid w:val="00D9088F"/>
    <w:rsid w:val="00DA0952"/>
    <w:rsid w:val="00DA48A4"/>
    <w:rsid w:val="00DA6CD1"/>
    <w:rsid w:val="00DB06FC"/>
    <w:rsid w:val="00DB36FE"/>
    <w:rsid w:val="00DB60E7"/>
    <w:rsid w:val="00DD10EE"/>
    <w:rsid w:val="00DD281D"/>
    <w:rsid w:val="00DD3478"/>
    <w:rsid w:val="00DD4FA0"/>
    <w:rsid w:val="00DF19E2"/>
    <w:rsid w:val="00E02CB5"/>
    <w:rsid w:val="00E048C8"/>
    <w:rsid w:val="00E15EFC"/>
    <w:rsid w:val="00E17247"/>
    <w:rsid w:val="00E20222"/>
    <w:rsid w:val="00E24274"/>
    <w:rsid w:val="00E26AAF"/>
    <w:rsid w:val="00E30F03"/>
    <w:rsid w:val="00E31331"/>
    <w:rsid w:val="00E31F97"/>
    <w:rsid w:val="00E40E22"/>
    <w:rsid w:val="00E41BEA"/>
    <w:rsid w:val="00E51E33"/>
    <w:rsid w:val="00E57BF7"/>
    <w:rsid w:val="00E6237C"/>
    <w:rsid w:val="00E657F1"/>
    <w:rsid w:val="00E716D3"/>
    <w:rsid w:val="00E7435B"/>
    <w:rsid w:val="00E77C1C"/>
    <w:rsid w:val="00E91783"/>
    <w:rsid w:val="00EA32A7"/>
    <w:rsid w:val="00EB3515"/>
    <w:rsid w:val="00EC2155"/>
    <w:rsid w:val="00EC4A52"/>
    <w:rsid w:val="00ED37D5"/>
    <w:rsid w:val="00ED3EFA"/>
    <w:rsid w:val="00ED4B6F"/>
    <w:rsid w:val="00EE1894"/>
    <w:rsid w:val="00EE7FA6"/>
    <w:rsid w:val="00EF75E1"/>
    <w:rsid w:val="00F03AD2"/>
    <w:rsid w:val="00F03D89"/>
    <w:rsid w:val="00F11AA8"/>
    <w:rsid w:val="00F17089"/>
    <w:rsid w:val="00F272A9"/>
    <w:rsid w:val="00F3158B"/>
    <w:rsid w:val="00F32AFD"/>
    <w:rsid w:val="00F34C49"/>
    <w:rsid w:val="00F36439"/>
    <w:rsid w:val="00F41FB5"/>
    <w:rsid w:val="00F42AE1"/>
    <w:rsid w:val="00F50D10"/>
    <w:rsid w:val="00F55B58"/>
    <w:rsid w:val="00F702B5"/>
    <w:rsid w:val="00F73A45"/>
    <w:rsid w:val="00F919E6"/>
    <w:rsid w:val="00FA2B0C"/>
    <w:rsid w:val="00FB2793"/>
    <w:rsid w:val="00FB51CE"/>
    <w:rsid w:val="00FB6C33"/>
    <w:rsid w:val="00FC4379"/>
    <w:rsid w:val="00FC4F96"/>
    <w:rsid w:val="00FC693F"/>
    <w:rsid w:val="00FC760D"/>
    <w:rsid w:val="00FD71A7"/>
    <w:rsid w:val="00FF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C749BC00-E397-4005-AD65-FF96E87B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37C"/>
    <w:rPr>
      <w:rFonts w:ascii="Corbel" w:hAnsi="Corbe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852"/>
    <w:pPr>
      <w:keepNext/>
      <w:keepLines/>
      <w:spacing w:before="480" w:after="0"/>
      <w:outlineLvl w:val="0"/>
    </w:pPr>
    <w:rPr>
      <w:rFonts w:ascii="Gill Sans MT" w:eastAsiaTheme="majorEastAsia" w:hAnsi="Gill Sans MT" w:cstheme="majorBidi"/>
      <w:b/>
      <w:bCs/>
      <w:color w:val="0077C8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852"/>
    <w:pPr>
      <w:keepNext/>
      <w:keepLines/>
      <w:numPr>
        <w:numId w:val="28"/>
      </w:numPr>
      <w:spacing w:before="200" w:after="0"/>
      <w:outlineLvl w:val="1"/>
    </w:pPr>
    <w:rPr>
      <w:rFonts w:ascii="Poor Richard" w:eastAsiaTheme="majorEastAsia" w:hAnsi="Poor Richard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22852"/>
    <w:rPr>
      <w:rFonts w:ascii="Gill Sans MT" w:eastAsiaTheme="majorEastAsia" w:hAnsi="Gill Sans MT" w:cstheme="majorBidi"/>
      <w:b/>
      <w:bCs/>
      <w:color w:val="0077C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22852"/>
    <w:rPr>
      <w:rFonts w:ascii="Poor Richard" w:eastAsiaTheme="majorEastAsia" w:hAnsi="Poor Richard" w:cs="Times New Roman"/>
      <w:b/>
      <w:bCs/>
      <w:color w:val="4F81BD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yiv3241117192li1">
    <w:name w:val="yiv3241117192li1"/>
    <w:basedOn w:val="Normal"/>
    <w:rsid w:val="002B2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yiv3241117192s1">
    <w:name w:val="yiv3241117192s1"/>
    <w:basedOn w:val="DefaultParagraphFont"/>
    <w:rsid w:val="002B2085"/>
  </w:style>
  <w:style w:type="character" w:customStyle="1" w:styleId="yiv3241117192s3">
    <w:name w:val="yiv3241117192s3"/>
    <w:basedOn w:val="DefaultParagraphFont"/>
    <w:rsid w:val="002B2085"/>
  </w:style>
  <w:style w:type="paragraph" w:customStyle="1" w:styleId="Line">
    <w:name w:val="Line"/>
    <w:basedOn w:val="Normal"/>
    <w:link w:val="LineChar"/>
    <w:qFormat/>
    <w:rsid w:val="009E5F26"/>
    <w:pPr>
      <w:spacing w:before="240" w:after="120" w:line="240" w:lineRule="auto"/>
      <w:jc w:val="center"/>
    </w:pPr>
    <w:rPr>
      <w:rFonts w:eastAsiaTheme="minorHAnsi"/>
      <w:noProof/>
      <w:kern w:val="2"/>
      <w:sz w:val="26"/>
      <w:szCs w:val="24"/>
      <w14:ligatures w14:val="standardContextual"/>
    </w:rPr>
  </w:style>
  <w:style w:type="character" w:customStyle="1" w:styleId="LineChar">
    <w:name w:val="Line Char"/>
    <w:basedOn w:val="DefaultParagraphFont"/>
    <w:link w:val="Line"/>
    <w:rsid w:val="009E5F26"/>
    <w:rPr>
      <w:rFonts w:eastAsiaTheme="minorHAnsi"/>
      <w:noProof/>
      <w:kern w:val="2"/>
      <w:sz w:val="26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Reed Antonich</cp:lastModifiedBy>
  <cp:revision>161</cp:revision>
  <cp:lastPrinted>2026-05-20T22:27:00Z</cp:lastPrinted>
  <dcterms:created xsi:type="dcterms:W3CDTF">2026-05-20T23:34:00Z</dcterms:created>
  <dcterms:modified xsi:type="dcterms:W3CDTF">2026-08-06T04:20:00Z</dcterms:modified>
  <cp:category/>
</cp:coreProperties>
</file>